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6"/>
        <w:gridCol w:w="4522"/>
      </w:tblGrid>
      <w:tr w:rsidR="00AF233D" w14:paraId="37960EA2" w14:textId="77777777" w:rsidTr="007C0CC7">
        <w:trPr>
          <w:jc w:val="center"/>
        </w:trPr>
        <w:tc>
          <w:tcPr>
            <w:tcW w:w="10886" w:type="dxa"/>
            <w:shd w:val="clear" w:color="auto" w:fill="17365D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1BCF3D3C" w14:textId="77777777" w:rsidR="00AF233D" w:rsidRPr="007C0CC7" w:rsidRDefault="00000000">
            <w:pPr>
              <w:spacing w:after="0" w:line="240" w:lineRule="auto"/>
              <w:rPr>
                <w:sz w:val="24"/>
                <w:szCs w:val="32"/>
              </w:rPr>
            </w:pPr>
            <w:r w:rsidRPr="007C0CC7">
              <w:rPr>
                <w:b/>
                <w:color w:val="FFFFFF"/>
                <w:sz w:val="44"/>
                <w:szCs w:val="32"/>
              </w:rPr>
              <w:t>SUKHAM100</w:t>
            </w:r>
          </w:p>
          <w:p w14:paraId="786CF864" w14:textId="77777777" w:rsidR="00AF233D" w:rsidRDefault="00000000">
            <w:pPr>
              <w:spacing w:after="0" w:line="240" w:lineRule="auto"/>
            </w:pPr>
            <w:r w:rsidRPr="007C0CC7">
              <w:rPr>
                <w:color w:val="DDEAF4"/>
                <w:sz w:val="24"/>
                <w:szCs w:val="36"/>
              </w:rPr>
              <w:t>Sankalp se Rachnatmak Jeevan Tak</w:t>
            </w:r>
          </w:p>
        </w:tc>
        <w:tc>
          <w:tcPr>
            <w:tcW w:w="4522" w:type="dxa"/>
            <w:shd w:val="clear" w:color="auto" w:fill="138A8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782189E" w14:textId="77777777" w:rsidR="00AF233D" w:rsidRPr="007C0CC7" w:rsidRDefault="00000000">
            <w:pPr>
              <w:spacing w:after="0" w:line="240" w:lineRule="auto"/>
              <w:jc w:val="right"/>
              <w:rPr>
                <w:sz w:val="22"/>
                <w:szCs w:val="28"/>
              </w:rPr>
            </w:pPr>
            <w:r w:rsidRPr="007C0CC7">
              <w:rPr>
                <w:b/>
                <w:color w:val="FFFFFF"/>
                <w:sz w:val="36"/>
                <w:szCs w:val="28"/>
              </w:rPr>
              <w:t>MONTH 01</w:t>
            </w:r>
          </w:p>
          <w:p w14:paraId="24F72012" w14:textId="77777777" w:rsidR="00AF233D" w:rsidRDefault="00000000">
            <w:pPr>
              <w:spacing w:after="0" w:line="240" w:lineRule="auto"/>
              <w:jc w:val="right"/>
            </w:pPr>
            <w:r w:rsidRPr="007C0CC7">
              <w:rPr>
                <w:b/>
                <w:color w:val="FFFFFF"/>
                <w:sz w:val="24"/>
                <w:szCs w:val="40"/>
              </w:rPr>
              <w:t>PROGRAMME IMPLEMENTATION PLAN</w:t>
            </w:r>
          </w:p>
        </w:tc>
      </w:tr>
    </w:tbl>
    <w:p w14:paraId="12BC2A41" w14:textId="7762F991" w:rsidR="00AF233D" w:rsidRPr="007C0CC7" w:rsidRDefault="00000000">
      <w:pPr>
        <w:spacing w:before="100" w:after="20" w:line="240" w:lineRule="auto"/>
        <w:rPr>
          <w:sz w:val="20"/>
          <w:szCs w:val="24"/>
        </w:rPr>
      </w:pPr>
      <w:r w:rsidRPr="007C0CC7">
        <w:rPr>
          <w:b/>
          <w:color w:val="17365D"/>
          <w:sz w:val="32"/>
          <w:szCs w:val="24"/>
        </w:rPr>
        <w:t xml:space="preserve">MY HEALTH, MY PRIDE </w:t>
      </w:r>
    </w:p>
    <w:p w14:paraId="57ADCB71" w14:textId="31187D56" w:rsidR="00AF233D" w:rsidRPr="007C0CC7" w:rsidRDefault="00000000">
      <w:pPr>
        <w:spacing w:after="80" w:line="240" w:lineRule="auto"/>
        <w:rPr>
          <w:sz w:val="28"/>
          <w:szCs w:val="36"/>
        </w:rPr>
      </w:pPr>
      <w:r w:rsidRPr="007C0CC7">
        <w:rPr>
          <w:b/>
          <w:color w:val="138A8A"/>
          <w:sz w:val="28"/>
          <w:szCs w:val="36"/>
        </w:rPr>
        <w:t>Weeks 1–</w:t>
      </w:r>
      <w:proofErr w:type="gramStart"/>
      <w:r w:rsidRPr="007C0CC7">
        <w:rPr>
          <w:b/>
          <w:color w:val="138A8A"/>
          <w:sz w:val="28"/>
          <w:szCs w:val="36"/>
        </w:rPr>
        <w:t xml:space="preserve">4 </w:t>
      </w:r>
      <w:r w:rsidR="007C0CC7">
        <w:rPr>
          <w:b/>
          <w:color w:val="138A8A"/>
          <w:sz w:val="28"/>
          <w:szCs w:val="36"/>
        </w:rPr>
        <w:t xml:space="preserve"> </w:t>
      </w:r>
      <w:r w:rsidRPr="007C0CC7">
        <w:rPr>
          <w:b/>
          <w:color w:val="138A8A"/>
          <w:sz w:val="28"/>
          <w:szCs w:val="36"/>
        </w:rPr>
        <w:t>•</w:t>
      </w:r>
      <w:proofErr w:type="gramEnd"/>
      <w:r w:rsidRPr="007C0CC7">
        <w:rPr>
          <w:b/>
          <w:color w:val="138A8A"/>
          <w:sz w:val="28"/>
          <w:szCs w:val="36"/>
        </w:rPr>
        <w:t xml:space="preserve"> </w:t>
      </w:r>
      <w:r w:rsidR="007C0CC7">
        <w:rPr>
          <w:b/>
          <w:color w:val="138A8A"/>
          <w:sz w:val="28"/>
          <w:szCs w:val="36"/>
        </w:rPr>
        <w:t xml:space="preserve"> </w:t>
      </w:r>
      <w:r w:rsidRPr="007C0CC7">
        <w:rPr>
          <w:b/>
          <w:color w:val="138A8A"/>
          <w:sz w:val="28"/>
          <w:szCs w:val="36"/>
        </w:rPr>
        <w:t>20 September – 16 October 2026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2088"/>
        <w:gridCol w:w="3816"/>
        <w:gridCol w:w="6264"/>
        <w:gridCol w:w="3096"/>
      </w:tblGrid>
      <w:tr w:rsidR="00AF233D" w:rsidRPr="007C0CC7" w14:paraId="1B9EC41E" w14:textId="77777777" w:rsidTr="007C0CC7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E26CF81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WEEK / DATES</w:t>
            </w:r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1F361B4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PROGRAMME &amp; SCOPE</w:t>
            </w:r>
          </w:p>
        </w:tc>
        <w:tc>
          <w:tcPr>
            <w:tcW w:w="626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0F80811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HOW TO ORGANISE</w:t>
            </w:r>
          </w:p>
        </w:tc>
        <w:tc>
          <w:tcPr>
            <w:tcW w:w="309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65A2734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WHO CAN PARTICIPATE</w:t>
            </w:r>
          </w:p>
        </w:tc>
      </w:tr>
      <w:tr w:rsidR="00AF233D" w:rsidRPr="007C0CC7" w14:paraId="4869BB00" w14:textId="77777777" w:rsidTr="007C0CC7">
        <w:trPr>
          <w:trHeight w:val="2400"/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5821E47E" w14:textId="77777777" w:rsidR="007C0CC7" w:rsidRPr="007C0CC7" w:rsidRDefault="00000000">
            <w:pPr>
              <w:spacing w:after="80" w:line="240" w:lineRule="auto"/>
              <w:rPr>
                <w:b/>
                <w:color w:val="17365D"/>
                <w:sz w:val="24"/>
                <w:szCs w:val="40"/>
              </w:rPr>
            </w:pPr>
            <w:r w:rsidRPr="007C0CC7">
              <w:rPr>
                <w:b/>
                <w:color w:val="17365D"/>
                <w:sz w:val="24"/>
                <w:szCs w:val="40"/>
              </w:rPr>
              <w:t xml:space="preserve">Week 1 </w:t>
            </w:r>
          </w:p>
          <w:p w14:paraId="34D67EA7" w14:textId="47C53791" w:rsidR="00AF233D" w:rsidRPr="007C0CC7" w:rsidRDefault="00000000">
            <w:pPr>
              <w:spacing w:after="80" w:line="240" w:lineRule="auto"/>
              <w:rPr>
                <w:sz w:val="24"/>
                <w:szCs w:val="40"/>
              </w:rPr>
            </w:pPr>
            <w:r w:rsidRPr="007C0CC7">
              <w:rPr>
                <w:b/>
                <w:color w:val="17365D"/>
                <w:sz w:val="24"/>
                <w:szCs w:val="40"/>
              </w:rPr>
              <w:t>20–26 Sep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23C598A6" w14:textId="77777777" w:rsidR="00AF233D" w:rsidRPr="007C0CC7" w:rsidRDefault="00000000">
            <w:pPr>
              <w:spacing w:after="80" w:line="240" w:lineRule="auto"/>
              <w:rPr>
                <w:sz w:val="24"/>
                <w:szCs w:val="40"/>
              </w:rPr>
            </w:pPr>
            <w:r w:rsidRPr="007C0CC7">
              <w:rPr>
                <w:b/>
                <w:color w:val="138A8A"/>
                <w:sz w:val="24"/>
                <w:szCs w:val="40"/>
              </w:rPr>
              <w:t>Rashtriya Sankalp Samaroh (Health and Nasha Mukt Pledge + Signature Campaign)</w:t>
            </w:r>
          </w:p>
          <w:p w14:paraId="6E7DD2D2" w14:textId="77777777" w:rsidR="00AF233D" w:rsidRPr="007C0CC7" w:rsidRDefault="00000000">
            <w:pPr>
              <w:spacing w:before="60" w:after="0" w:line="240" w:lineRule="auto"/>
              <w:rPr>
                <w:sz w:val="24"/>
                <w:szCs w:val="40"/>
              </w:rPr>
            </w:pPr>
            <w:r w:rsidRPr="007C0CC7">
              <w:rPr>
                <w:b/>
                <w:color w:val="17365D"/>
                <w:sz w:val="24"/>
                <w:szCs w:val="40"/>
              </w:rPr>
              <w:t>SCOPE</w:t>
            </w:r>
          </w:p>
          <w:p w14:paraId="6C0DBD2B" w14:textId="77777777" w:rsidR="00AF233D" w:rsidRPr="007C0CC7" w:rsidRDefault="00000000">
            <w:pPr>
              <w:spacing w:after="0" w:line="240" w:lineRule="auto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Begin with a collective commitment to healthy, addiction-free living and connect healthy choices with personal responsibility.</w:t>
            </w:r>
          </w:p>
        </w:tc>
        <w:tc>
          <w:tcPr>
            <w:tcW w:w="626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661F16A0" w14:textId="07AB8877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Arrange venue, banner, pledge text, signature sheets and attendance.</w:t>
            </w:r>
          </w:p>
          <w:p w14:paraId="51B3E9A4" w14:textId="422B8FB7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Give a brief health and Nasha Mukt message; include a short Rajyoga/meditation experience where suitable.</w:t>
            </w:r>
          </w:p>
          <w:p w14:paraId="7E171988" w14:textId="22CB14F7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Conduct the pledge and signature campaign.</w:t>
            </w:r>
          </w:p>
          <w:p w14:paraId="573B7842" w14:textId="45B39CE6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Optional: slogan writing, poster-making, street play or group discussion.</w:t>
            </w:r>
          </w:p>
          <w:p w14:paraId="1F814D93" w14:textId="471DA5B5" w:rsidR="00AF233D" w:rsidRPr="007C0CC7" w:rsidRDefault="00000000" w:rsidP="007C0CC7">
            <w:pPr>
              <w:spacing w:after="40" w:line="240" w:lineRule="auto"/>
              <w:ind w:left="129"/>
              <w:rPr>
                <w:sz w:val="24"/>
                <w:szCs w:val="40"/>
              </w:rPr>
            </w:pPr>
            <w:r w:rsidRPr="007C0CC7">
              <w:rPr>
                <w:b/>
                <w:color w:val="138A8A"/>
                <w:sz w:val="24"/>
                <w:szCs w:val="40"/>
              </w:rPr>
              <w:t xml:space="preserve">• </w:t>
            </w:r>
            <w:r w:rsidR="007C0CC7">
              <w:rPr>
                <w:b/>
                <w:color w:val="138A8A"/>
                <w:sz w:val="24"/>
                <w:szCs w:val="40"/>
              </w:rPr>
              <w:t xml:space="preserve">  </w:t>
            </w:r>
            <w:r w:rsidRPr="007C0CC7">
              <w:rPr>
                <w:sz w:val="24"/>
                <w:szCs w:val="40"/>
              </w:rPr>
              <w:t>Obtain permissions for public activities.</w:t>
            </w:r>
          </w:p>
        </w:tc>
        <w:tc>
          <w:tcPr>
            <w:tcW w:w="309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E89D2D3" w14:textId="77777777" w:rsidR="00AF233D" w:rsidRPr="007C0CC7" w:rsidRDefault="00000000">
            <w:pPr>
              <w:spacing w:after="0" w:line="240" w:lineRule="auto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Families, community members, educational institutions, health and social organisations, MY Bharat volunteers and partner organisations.</w:t>
            </w:r>
          </w:p>
        </w:tc>
      </w:tr>
    </w:tbl>
    <w:p w14:paraId="1B37BA61" w14:textId="77777777" w:rsidR="00AF233D" w:rsidRPr="00E55DF9" w:rsidRDefault="00AF233D">
      <w:pPr>
        <w:spacing w:after="20" w:line="240" w:lineRule="auto"/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3821"/>
        <w:gridCol w:w="6273"/>
        <w:gridCol w:w="3100"/>
      </w:tblGrid>
      <w:tr w:rsidR="00AF233D" w:rsidRPr="007C0CC7" w14:paraId="0B88571C" w14:textId="77777777" w:rsidTr="007C0CC7">
        <w:trPr>
          <w:trHeight w:val="387"/>
          <w:tblHeader/>
          <w:jc w:val="center"/>
        </w:trPr>
        <w:tc>
          <w:tcPr>
            <w:tcW w:w="209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3F5EABD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WEEK / DATES</w:t>
            </w:r>
          </w:p>
        </w:tc>
        <w:tc>
          <w:tcPr>
            <w:tcW w:w="382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C3B23C9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PROGRAMME &amp; SCOPE</w:t>
            </w:r>
          </w:p>
        </w:tc>
        <w:tc>
          <w:tcPr>
            <w:tcW w:w="6273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3D8A8AB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HOW TO ORGANISE</w:t>
            </w:r>
          </w:p>
        </w:tc>
        <w:tc>
          <w:tcPr>
            <w:tcW w:w="3100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9CB6901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WHO CAN PARTICIPATE</w:t>
            </w:r>
          </w:p>
        </w:tc>
      </w:tr>
      <w:tr w:rsidR="00AF233D" w:rsidRPr="007C0CC7" w14:paraId="74EEE9D3" w14:textId="77777777" w:rsidTr="007C0CC7">
        <w:trPr>
          <w:trHeight w:val="3016"/>
          <w:jc w:val="center"/>
        </w:trPr>
        <w:tc>
          <w:tcPr>
            <w:tcW w:w="2091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1A7B154" w14:textId="77777777" w:rsidR="007C0CC7" w:rsidRPr="007C0CC7" w:rsidRDefault="00000000">
            <w:pPr>
              <w:spacing w:after="80" w:line="240" w:lineRule="auto"/>
              <w:rPr>
                <w:b/>
                <w:color w:val="17365D"/>
                <w:sz w:val="24"/>
                <w:szCs w:val="32"/>
              </w:rPr>
            </w:pPr>
            <w:r w:rsidRPr="007C0CC7">
              <w:rPr>
                <w:b/>
                <w:color w:val="17365D"/>
                <w:sz w:val="24"/>
                <w:szCs w:val="32"/>
              </w:rPr>
              <w:t xml:space="preserve">Week 2 </w:t>
            </w:r>
          </w:p>
          <w:p w14:paraId="08827783" w14:textId="27479EE6" w:rsidR="00AF233D" w:rsidRPr="007C0CC7" w:rsidRDefault="00000000">
            <w:pPr>
              <w:spacing w:after="80" w:line="240" w:lineRule="auto"/>
              <w:rPr>
                <w:sz w:val="24"/>
                <w:szCs w:val="32"/>
              </w:rPr>
            </w:pPr>
            <w:r w:rsidRPr="007C0CC7">
              <w:rPr>
                <w:b/>
                <w:color w:val="17365D"/>
                <w:sz w:val="24"/>
                <w:szCs w:val="32"/>
              </w:rPr>
              <w:t>27 Sep–3 Oct 2026</w:t>
            </w:r>
          </w:p>
        </w:tc>
        <w:tc>
          <w:tcPr>
            <w:tcW w:w="3821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02F81C2" w14:textId="77777777" w:rsidR="00AF233D" w:rsidRPr="007C0CC7" w:rsidRDefault="00000000">
            <w:pPr>
              <w:spacing w:after="80" w:line="240" w:lineRule="auto"/>
              <w:rPr>
                <w:sz w:val="24"/>
                <w:szCs w:val="32"/>
              </w:rPr>
            </w:pPr>
            <w:r w:rsidRPr="007C0CC7">
              <w:rPr>
                <w:b/>
                <w:color w:val="138A8A"/>
                <w:sz w:val="24"/>
                <w:szCs w:val="32"/>
              </w:rPr>
              <w:t>Health Check-up &amp; BMI Camp + Meditation Camp</w:t>
            </w:r>
          </w:p>
          <w:p w14:paraId="0991A68D" w14:textId="77777777" w:rsidR="00AF233D" w:rsidRPr="007C0CC7" w:rsidRDefault="00000000">
            <w:pPr>
              <w:spacing w:before="60" w:after="0" w:line="240" w:lineRule="auto"/>
              <w:rPr>
                <w:sz w:val="24"/>
                <w:szCs w:val="32"/>
              </w:rPr>
            </w:pPr>
            <w:r w:rsidRPr="007C0CC7">
              <w:rPr>
                <w:b/>
                <w:color w:val="17365D"/>
                <w:sz w:val="24"/>
                <w:szCs w:val="32"/>
              </w:rPr>
              <w:t>SCOPE</w:t>
            </w:r>
          </w:p>
          <w:p w14:paraId="33AF361B" w14:textId="77777777" w:rsidR="00AF233D" w:rsidRPr="007C0CC7" w:rsidRDefault="00000000">
            <w:pPr>
              <w:spacing w:after="0" w:line="240" w:lineRule="auto"/>
              <w:rPr>
                <w:sz w:val="24"/>
                <w:szCs w:val="32"/>
              </w:rPr>
            </w:pPr>
            <w:r w:rsidRPr="007C0CC7">
              <w:rPr>
                <w:sz w:val="24"/>
                <w:szCs w:val="32"/>
              </w:rPr>
              <w:t>Promote preventive health awareness through basic assessment, individual guidance and meditation/wellness.</w:t>
            </w:r>
          </w:p>
        </w:tc>
        <w:tc>
          <w:tcPr>
            <w:tcW w:w="6273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63BB7D34" w14:textId="3B7BAA4F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32"/>
              </w:rPr>
            </w:pPr>
            <w:r w:rsidRPr="007C0CC7">
              <w:rPr>
                <w:sz w:val="24"/>
                <w:szCs w:val="32"/>
              </w:rPr>
              <w:t>Coordinate with a local health institution and qualified professionals.</w:t>
            </w:r>
          </w:p>
          <w:p w14:paraId="2ABF141A" w14:textId="6B0D9AF4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32"/>
              </w:rPr>
            </w:pPr>
            <w:r w:rsidRPr="007C0CC7">
              <w:rPr>
                <w:sz w:val="24"/>
                <w:szCs w:val="32"/>
              </w:rPr>
              <w:t>Confirm available checks, equipment, privacy, consent and referral arrangements.</w:t>
            </w:r>
          </w:p>
          <w:p w14:paraId="7F72E59C" w14:textId="1D926CF6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32"/>
              </w:rPr>
            </w:pPr>
            <w:r w:rsidRPr="007C0CC7">
              <w:rPr>
                <w:sz w:val="24"/>
                <w:szCs w:val="32"/>
              </w:rPr>
              <w:t>Register participants; conduct only the checks agreed with professionals.</w:t>
            </w:r>
          </w:p>
          <w:p w14:paraId="75DF8C67" w14:textId="6ABC656F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32"/>
              </w:rPr>
            </w:pPr>
            <w:r w:rsidRPr="007C0CC7">
              <w:rPr>
                <w:sz w:val="24"/>
                <w:szCs w:val="32"/>
              </w:rPr>
              <w:t>Provide results privately and refer concerns appropriately.</w:t>
            </w:r>
          </w:p>
          <w:p w14:paraId="1C1A39A4" w14:textId="39F06F53" w:rsidR="00AF233D" w:rsidRPr="007C0CC7" w:rsidRDefault="00000000" w:rsidP="007C0CC7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 w:hanging="284"/>
              <w:rPr>
                <w:sz w:val="24"/>
                <w:szCs w:val="32"/>
              </w:rPr>
            </w:pPr>
            <w:r w:rsidRPr="007C0CC7">
              <w:rPr>
                <w:sz w:val="24"/>
                <w:szCs w:val="32"/>
              </w:rPr>
              <w:t>Add a guided meditation/</w:t>
            </w:r>
            <w:proofErr w:type="spellStart"/>
            <w:r w:rsidRPr="007C0CC7">
              <w:rPr>
                <w:sz w:val="24"/>
                <w:szCs w:val="32"/>
              </w:rPr>
              <w:t>Rajyoga</w:t>
            </w:r>
            <w:proofErr w:type="spellEnd"/>
            <w:r w:rsidRPr="007C0CC7">
              <w:rPr>
                <w:sz w:val="24"/>
                <w:szCs w:val="32"/>
              </w:rPr>
              <w:t xml:space="preserve"> and healthy-lifestyle session.</w:t>
            </w:r>
          </w:p>
        </w:tc>
        <w:tc>
          <w:tcPr>
            <w:tcW w:w="3100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522038C" w14:textId="77777777" w:rsidR="00AF233D" w:rsidRPr="007C0CC7" w:rsidRDefault="00000000">
            <w:pPr>
              <w:spacing w:after="0" w:line="240" w:lineRule="auto"/>
              <w:rPr>
                <w:sz w:val="24"/>
                <w:szCs w:val="32"/>
              </w:rPr>
            </w:pPr>
            <w:r w:rsidRPr="007C0CC7">
              <w:rPr>
                <w:sz w:val="24"/>
                <w:szCs w:val="32"/>
              </w:rPr>
              <w:t>Families and community members; local doctors, health professionals, colleges and health institutions as partners.</w:t>
            </w:r>
          </w:p>
        </w:tc>
      </w:tr>
    </w:tbl>
    <w:p w14:paraId="0C8D26F0" w14:textId="77777777" w:rsidR="00AF233D" w:rsidRDefault="00AF233D">
      <w:pPr>
        <w:spacing w:after="20" w:line="240" w:lineRule="auto"/>
      </w:pPr>
    </w:p>
    <w:p w14:paraId="1E1B6C3A" w14:textId="77777777" w:rsidR="00AF233D" w:rsidRDefault="00000000">
      <w:pPr>
        <w:spacing w:before="60" w:after="0" w:line="240" w:lineRule="auto"/>
        <w:jc w:val="right"/>
      </w:pPr>
      <w:r>
        <w:rPr>
          <w:b/>
          <w:color w:val="5D6B78"/>
          <w:sz w:val="15"/>
        </w:rPr>
        <w:t>CONTINUED ON PAGE 2  →</w:t>
      </w:r>
    </w:p>
    <w:p w14:paraId="1D13B8E6" w14:textId="77777777" w:rsidR="00AF233D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6"/>
        <w:gridCol w:w="4522"/>
      </w:tblGrid>
      <w:tr w:rsidR="007C0CC7" w14:paraId="393DB774" w14:textId="77777777" w:rsidTr="00B76ED1">
        <w:trPr>
          <w:jc w:val="center"/>
        </w:trPr>
        <w:tc>
          <w:tcPr>
            <w:tcW w:w="10886" w:type="dxa"/>
            <w:shd w:val="clear" w:color="auto" w:fill="17365D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4A7942B8" w14:textId="77777777" w:rsidR="007C0CC7" w:rsidRPr="007C0CC7" w:rsidRDefault="007C0CC7" w:rsidP="007C0CC7">
            <w:pPr>
              <w:spacing w:after="0" w:line="240" w:lineRule="auto"/>
              <w:rPr>
                <w:sz w:val="24"/>
                <w:szCs w:val="32"/>
              </w:rPr>
            </w:pPr>
            <w:r w:rsidRPr="007C0CC7">
              <w:rPr>
                <w:b/>
                <w:color w:val="FFFFFF"/>
                <w:sz w:val="44"/>
                <w:szCs w:val="32"/>
              </w:rPr>
              <w:lastRenderedPageBreak/>
              <w:t>SUKHAM100</w:t>
            </w:r>
          </w:p>
          <w:p w14:paraId="29016795" w14:textId="77777777" w:rsidR="007C0CC7" w:rsidRDefault="007C0CC7" w:rsidP="007C0CC7">
            <w:pPr>
              <w:spacing w:after="0" w:line="240" w:lineRule="auto"/>
            </w:pPr>
            <w:r w:rsidRPr="007C0CC7">
              <w:rPr>
                <w:color w:val="DDEAF4"/>
                <w:sz w:val="24"/>
                <w:szCs w:val="36"/>
              </w:rPr>
              <w:t xml:space="preserve">Sankalp se </w:t>
            </w:r>
            <w:proofErr w:type="spellStart"/>
            <w:r w:rsidRPr="007C0CC7">
              <w:rPr>
                <w:color w:val="DDEAF4"/>
                <w:sz w:val="24"/>
                <w:szCs w:val="36"/>
              </w:rPr>
              <w:t>Rachnatmak</w:t>
            </w:r>
            <w:proofErr w:type="spellEnd"/>
            <w:r w:rsidRPr="007C0CC7">
              <w:rPr>
                <w:color w:val="DDEAF4"/>
                <w:sz w:val="24"/>
                <w:szCs w:val="36"/>
              </w:rPr>
              <w:t xml:space="preserve"> Jeevan Tak</w:t>
            </w:r>
          </w:p>
        </w:tc>
        <w:tc>
          <w:tcPr>
            <w:tcW w:w="4522" w:type="dxa"/>
            <w:shd w:val="clear" w:color="auto" w:fill="138A8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5EF97B2" w14:textId="77777777" w:rsidR="007C0CC7" w:rsidRPr="007C0CC7" w:rsidRDefault="007C0CC7" w:rsidP="007C0CC7">
            <w:pPr>
              <w:spacing w:after="0" w:line="240" w:lineRule="auto"/>
              <w:jc w:val="right"/>
              <w:rPr>
                <w:sz w:val="22"/>
                <w:szCs w:val="28"/>
              </w:rPr>
            </w:pPr>
            <w:r w:rsidRPr="007C0CC7">
              <w:rPr>
                <w:b/>
                <w:color w:val="FFFFFF"/>
                <w:sz w:val="36"/>
                <w:szCs w:val="28"/>
              </w:rPr>
              <w:t>MONTH 01</w:t>
            </w:r>
          </w:p>
          <w:p w14:paraId="439B55F7" w14:textId="77777777" w:rsidR="007C0CC7" w:rsidRDefault="007C0CC7" w:rsidP="007C0CC7">
            <w:pPr>
              <w:spacing w:after="0" w:line="240" w:lineRule="auto"/>
              <w:jc w:val="right"/>
            </w:pPr>
            <w:r w:rsidRPr="007C0CC7">
              <w:rPr>
                <w:b/>
                <w:color w:val="FFFFFF"/>
                <w:sz w:val="24"/>
                <w:szCs w:val="40"/>
              </w:rPr>
              <w:t>PROGRAMME IMPLEMENTATION PLAN</w:t>
            </w:r>
          </w:p>
        </w:tc>
      </w:tr>
    </w:tbl>
    <w:p w14:paraId="0FB3A500" w14:textId="77777777" w:rsidR="007C0CC7" w:rsidRPr="007C0CC7" w:rsidRDefault="007C0CC7" w:rsidP="00B76ED1">
      <w:pPr>
        <w:spacing w:before="100" w:after="20" w:line="240" w:lineRule="auto"/>
        <w:rPr>
          <w:sz w:val="20"/>
          <w:szCs w:val="24"/>
        </w:rPr>
      </w:pPr>
      <w:r w:rsidRPr="007C0CC7">
        <w:rPr>
          <w:b/>
          <w:color w:val="17365D"/>
          <w:sz w:val="32"/>
          <w:szCs w:val="24"/>
        </w:rPr>
        <w:t xml:space="preserve">MY HEALTH, MY PRIDE </w:t>
      </w:r>
    </w:p>
    <w:p w14:paraId="79CDABE4" w14:textId="77777777" w:rsidR="007C0CC7" w:rsidRPr="007C0CC7" w:rsidRDefault="007C0CC7" w:rsidP="007C0CC7">
      <w:pPr>
        <w:spacing w:after="80" w:line="240" w:lineRule="auto"/>
        <w:rPr>
          <w:sz w:val="28"/>
          <w:szCs w:val="36"/>
        </w:rPr>
      </w:pPr>
      <w:r w:rsidRPr="007C0CC7">
        <w:rPr>
          <w:b/>
          <w:color w:val="138A8A"/>
          <w:sz w:val="28"/>
          <w:szCs w:val="36"/>
        </w:rPr>
        <w:t>Weeks 1–</w:t>
      </w:r>
      <w:proofErr w:type="gramStart"/>
      <w:r w:rsidRPr="007C0CC7">
        <w:rPr>
          <w:b/>
          <w:color w:val="138A8A"/>
          <w:sz w:val="28"/>
          <w:szCs w:val="36"/>
        </w:rPr>
        <w:t xml:space="preserve">4 </w:t>
      </w:r>
      <w:r>
        <w:rPr>
          <w:b/>
          <w:color w:val="138A8A"/>
          <w:sz w:val="28"/>
          <w:szCs w:val="36"/>
        </w:rPr>
        <w:t xml:space="preserve"> </w:t>
      </w:r>
      <w:r w:rsidRPr="007C0CC7">
        <w:rPr>
          <w:b/>
          <w:color w:val="138A8A"/>
          <w:sz w:val="28"/>
          <w:szCs w:val="36"/>
        </w:rPr>
        <w:t>•</w:t>
      </w:r>
      <w:proofErr w:type="gramEnd"/>
      <w:r w:rsidRPr="007C0CC7">
        <w:rPr>
          <w:b/>
          <w:color w:val="138A8A"/>
          <w:sz w:val="28"/>
          <w:szCs w:val="36"/>
        </w:rPr>
        <w:t xml:space="preserve"> </w:t>
      </w:r>
      <w:r>
        <w:rPr>
          <w:b/>
          <w:color w:val="138A8A"/>
          <w:sz w:val="28"/>
          <w:szCs w:val="36"/>
        </w:rPr>
        <w:t xml:space="preserve"> </w:t>
      </w:r>
      <w:r w:rsidRPr="007C0CC7">
        <w:rPr>
          <w:b/>
          <w:color w:val="138A8A"/>
          <w:sz w:val="28"/>
          <w:szCs w:val="36"/>
        </w:rPr>
        <w:t>20 September – 16 October 2026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816"/>
        <w:gridCol w:w="6264"/>
        <w:gridCol w:w="3096"/>
      </w:tblGrid>
      <w:tr w:rsidR="00AF233D" w:rsidRPr="007C0CC7" w14:paraId="3A9EFB56" w14:textId="77777777" w:rsidTr="007C0CC7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4574D6F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WEEK / DATES</w:t>
            </w:r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4424224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PROGRAMME &amp; SCOPE</w:t>
            </w:r>
          </w:p>
        </w:tc>
        <w:tc>
          <w:tcPr>
            <w:tcW w:w="626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CF01601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HOW TO ORGANISE</w:t>
            </w:r>
          </w:p>
        </w:tc>
        <w:tc>
          <w:tcPr>
            <w:tcW w:w="309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188DD4F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WHO CAN PARTICIPATE</w:t>
            </w:r>
          </w:p>
        </w:tc>
      </w:tr>
      <w:tr w:rsidR="00AF233D" w:rsidRPr="007C0CC7" w14:paraId="6B41F970" w14:textId="77777777" w:rsidTr="007C0CC7">
        <w:trPr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5DFC9B08" w14:textId="77777777" w:rsidR="007C0CC7" w:rsidRPr="007C0CC7" w:rsidRDefault="00000000">
            <w:pPr>
              <w:spacing w:after="80" w:line="240" w:lineRule="auto"/>
              <w:rPr>
                <w:b/>
                <w:color w:val="17365D"/>
                <w:sz w:val="24"/>
                <w:szCs w:val="40"/>
              </w:rPr>
            </w:pPr>
            <w:r w:rsidRPr="007C0CC7">
              <w:rPr>
                <w:b/>
                <w:color w:val="17365D"/>
                <w:sz w:val="24"/>
                <w:szCs w:val="40"/>
              </w:rPr>
              <w:t xml:space="preserve">Week 3 </w:t>
            </w:r>
          </w:p>
          <w:p w14:paraId="001CF1B4" w14:textId="194A99D7" w:rsidR="00AF233D" w:rsidRPr="007C0CC7" w:rsidRDefault="00000000">
            <w:pPr>
              <w:spacing w:after="80" w:line="240" w:lineRule="auto"/>
              <w:rPr>
                <w:sz w:val="24"/>
                <w:szCs w:val="40"/>
              </w:rPr>
            </w:pPr>
            <w:r w:rsidRPr="007C0CC7">
              <w:rPr>
                <w:b/>
                <w:color w:val="17365D"/>
                <w:sz w:val="24"/>
                <w:szCs w:val="40"/>
              </w:rPr>
              <w:t>4 Oct–10 Oct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71714999" w14:textId="77777777" w:rsidR="00AF233D" w:rsidRPr="007C0CC7" w:rsidRDefault="00000000">
            <w:pPr>
              <w:spacing w:after="80" w:line="240" w:lineRule="auto"/>
              <w:rPr>
                <w:sz w:val="24"/>
                <w:szCs w:val="40"/>
              </w:rPr>
            </w:pPr>
            <w:r w:rsidRPr="007C0CC7">
              <w:rPr>
                <w:b/>
                <w:color w:val="138A8A"/>
                <w:sz w:val="24"/>
                <w:szCs w:val="40"/>
              </w:rPr>
              <w:t>Health Walk/Run</w:t>
            </w:r>
          </w:p>
          <w:p w14:paraId="2221702A" w14:textId="77777777" w:rsidR="00AF233D" w:rsidRPr="007C0CC7" w:rsidRDefault="00000000">
            <w:pPr>
              <w:spacing w:before="60" w:after="0" w:line="240" w:lineRule="auto"/>
              <w:rPr>
                <w:sz w:val="24"/>
                <w:szCs w:val="40"/>
              </w:rPr>
            </w:pPr>
            <w:r w:rsidRPr="007C0CC7">
              <w:rPr>
                <w:b/>
                <w:color w:val="17365D"/>
                <w:sz w:val="24"/>
                <w:szCs w:val="40"/>
              </w:rPr>
              <w:t>SCOPE</w:t>
            </w:r>
          </w:p>
          <w:p w14:paraId="77D8CD9A" w14:textId="77777777" w:rsidR="00AF233D" w:rsidRPr="007C0CC7" w:rsidRDefault="00000000">
            <w:pPr>
              <w:spacing w:after="0" w:line="240" w:lineRule="auto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Encourage physical activity and visible community participation through a 3–5 km walk/run, adapted to local conditions.</w:t>
            </w:r>
          </w:p>
        </w:tc>
        <w:tc>
          <w:tcPr>
            <w:tcW w:w="626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53547EB0" w14:textId="2ED62671" w:rsidR="00AF233D" w:rsidRPr="007C0CC7" w:rsidRDefault="00000000" w:rsidP="007C0CC7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Select and inspect a safe route; obtain required permissions.</w:t>
            </w:r>
          </w:p>
          <w:p w14:paraId="6B8CF595" w14:textId="2ECF3294" w:rsidR="00AF233D" w:rsidRPr="007C0CC7" w:rsidRDefault="00000000" w:rsidP="007C0CC7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Arrange registration, route marshals, hydration, first aid and an emergency contact plan.</w:t>
            </w:r>
          </w:p>
          <w:p w14:paraId="19B6588E" w14:textId="16B6402D" w:rsidR="00AF233D" w:rsidRPr="007C0CC7" w:rsidRDefault="00000000" w:rsidP="007C0CC7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Brief participants and conduct a suitable warm-up.</w:t>
            </w:r>
          </w:p>
          <w:p w14:paraId="03700A25" w14:textId="07CDA129" w:rsidR="00AF233D" w:rsidRPr="007C0CC7" w:rsidRDefault="00000000" w:rsidP="007C0CC7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Conduct the walk/run; offer a walking option and avoid pressure to run.</w:t>
            </w:r>
          </w:p>
          <w:p w14:paraId="7C41D6A6" w14:textId="35BCA59D" w:rsidR="00AF233D" w:rsidRPr="007C0CC7" w:rsidRDefault="00000000" w:rsidP="007C0CC7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Close with a health/Nasha Mukt message and practical commitment.</w:t>
            </w:r>
          </w:p>
        </w:tc>
        <w:tc>
          <w:tcPr>
            <w:tcW w:w="309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4D49AC4" w14:textId="77777777" w:rsidR="00AF233D" w:rsidRPr="007C0CC7" w:rsidRDefault="00000000">
            <w:pPr>
              <w:spacing w:after="0" w:line="240" w:lineRule="auto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Community members, walkers/runners, families, BK Centres, educational institutions, MY Bharat volunteers and partner organisations.</w:t>
            </w:r>
          </w:p>
        </w:tc>
      </w:tr>
    </w:tbl>
    <w:p w14:paraId="5D0B2C48" w14:textId="77777777" w:rsidR="00AF233D" w:rsidRPr="00E55DF9" w:rsidRDefault="00AF233D">
      <w:pPr>
        <w:spacing w:after="20" w:line="240" w:lineRule="auto"/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816"/>
        <w:gridCol w:w="6264"/>
        <w:gridCol w:w="3096"/>
      </w:tblGrid>
      <w:tr w:rsidR="00AF233D" w:rsidRPr="007C0CC7" w14:paraId="41504612" w14:textId="77777777" w:rsidTr="007C0CC7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0AEA3E5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WEEK / DATES</w:t>
            </w:r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6D24496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PROGRAMME &amp; SCOPE</w:t>
            </w:r>
          </w:p>
        </w:tc>
        <w:tc>
          <w:tcPr>
            <w:tcW w:w="626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B9DF168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HOW TO ORGANISE</w:t>
            </w:r>
          </w:p>
        </w:tc>
        <w:tc>
          <w:tcPr>
            <w:tcW w:w="309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542DE21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WHO CAN PARTICIPATE</w:t>
            </w:r>
          </w:p>
        </w:tc>
      </w:tr>
      <w:tr w:rsidR="00AF233D" w:rsidRPr="007C0CC7" w14:paraId="3F47BCAA" w14:textId="77777777" w:rsidTr="007C0CC7">
        <w:trPr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74FFC273" w14:textId="77777777" w:rsidR="007C0CC7" w:rsidRPr="007C0CC7" w:rsidRDefault="00000000">
            <w:pPr>
              <w:spacing w:after="80" w:line="240" w:lineRule="auto"/>
              <w:rPr>
                <w:b/>
                <w:color w:val="17365D"/>
                <w:sz w:val="24"/>
                <w:szCs w:val="40"/>
              </w:rPr>
            </w:pPr>
            <w:r w:rsidRPr="007C0CC7">
              <w:rPr>
                <w:b/>
                <w:color w:val="17365D"/>
                <w:sz w:val="24"/>
                <w:szCs w:val="40"/>
              </w:rPr>
              <w:t xml:space="preserve">Week 4 </w:t>
            </w:r>
          </w:p>
          <w:p w14:paraId="3F9CEF37" w14:textId="3ED463A7" w:rsidR="00AF233D" w:rsidRPr="007C0CC7" w:rsidRDefault="00000000">
            <w:pPr>
              <w:spacing w:after="80" w:line="240" w:lineRule="auto"/>
              <w:rPr>
                <w:sz w:val="24"/>
                <w:szCs w:val="40"/>
              </w:rPr>
            </w:pPr>
            <w:r w:rsidRPr="007C0CC7">
              <w:rPr>
                <w:b/>
                <w:color w:val="17365D"/>
                <w:sz w:val="24"/>
                <w:szCs w:val="40"/>
              </w:rPr>
              <w:t>11–16 Oct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291E02F" w14:textId="77777777" w:rsidR="00AF233D" w:rsidRPr="007C0CC7" w:rsidRDefault="00000000">
            <w:pPr>
              <w:spacing w:after="80" w:line="240" w:lineRule="auto"/>
              <w:rPr>
                <w:sz w:val="24"/>
                <w:szCs w:val="40"/>
              </w:rPr>
            </w:pPr>
            <w:r w:rsidRPr="007C0CC7">
              <w:rPr>
                <w:b/>
                <w:color w:val="138A8A"/>
                <w:sz w:val="24"/>
                <w:szCs w:val="40"/>
              </w:rPr>
              <w:t>University Health &amp; Well-being Mela</w:t>
            </w:r>
          </w:p>
          <w:p w14:paraId="31521E54" w14:textId="77777777" w:rsidR="00AF233D" w:rsidRPr="007C0CC7" w:rsidRDefault="00000000">
            <w:pPr>
              <w:spacing w:before="60" w:after="0" w:line="240" w:lineRule="auto"/>
              <w:rPr>
                <w:sz w:val="24"/>
                <w:szCs w:val="40"/>
              </w:rPr>
            </w:pPr>
            <w:r w:rsidRPr="007C0CC7">
              <w:rPr>
                <w:b/>
                <w:color w:val="17365D"/>
                <w:sz w:val="24"/>
                <w:szCs w:val="40"/>
              </w:rPr>
              <w:t>SCOPE</w:t>
            </w:r>
          </w:p>
          <w:p w14:paraId="36623949" w14:textId="77777777" w:rsidR="00AF233D" w:rsidRPr="007C0CC7" w:rsidRDefault="00000000">
            <w:pPr>
              <w:spacing w:after="0" w:line="240" w:lineRule="auto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Bring institutions and community partners together for health awareness, interaction and cultural/creative activities.</w:t>
            </w:r>
          </w:p>
        </w:tc>
        <w:tc>
          <w:tcPr>
            <w:tcW w:w="626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713C7BE9" w14:textId="74345DC6" w:rsidR="00AF233D" w:rsidRPr="00406010" w:rsidRDefault="00000000" w:rsidP="00406010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406010">
              <w:rPr>
                <w:sz w:val="24"/>
                <w:szCs w:val="40"/>
              </w:rPr>
              <w:t>Partner with a college/university and agree on roles, venue and schedule.</w:t>
            </w:r>
          </w:p>
          <w:p w14:paraId="386A840B" w14:textId="082346A6" w:rsidR="00AF233D" w:rsidRPr="00406010" w:rsidRDefault="00000000" w:rsidP="00406010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406010">
              <w:rPr>
                <w:sz w:val="24"/>
                <w:szCs w:val="40"/>
              </w:rPr>
              <w:t>Plan interactive awareness stations, cultural activities and a meditation/wellness experience.</w:t>
            </w:r>
          </w:p>
          <w:p w14:paraId="69587123" w14:textId="51DEAB1E" w:rsidR="00AF233D" w:rsidRPr="00406010" w:rsidRDefault="00000000" w:rsidP="00406010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406010">
              <w:rPr>
                <w:sz w:val="24"/>
                <w:szCs w:val="40"/>
              </w:rPr>
              <w:t>Assign stage, venue, safety and documentation responsibilities.</w:t>
            </w:r>
          </w:p>
          <w:p w14:paraId="00F92F13" w14:textId="5AF0CBEF" w:rsidR="00AF233D" w:rsidRPr="00406010" w:rsidRDefault="00000000" w:rsidP="00406010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406010">
              <w:rPr>
                <w:sz w:val="24"/>
                <w:szCs w:val="40"/>
              </w:rPr>
              <w:t>Invite participants to share practical healthy-living commitments.</w:t>
            </w:r>
          </w:p>
          <w:p w14:paraId="728F99D5" w14:textId="29BD22F0" w:rsidR="00AF233D" w:rsidRPr="00406010" w:rsidRDefault="00000000" w:rsidP="00406010">
            <w:pPr>
              <w:pStyle w:val="ListParagraph"/>
              <w:numPr>
                <w:ilvl w:val="0"/>
                <w:numId w:val="13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406010">
              <w:rPr>
                <w:sz w:val="24"/>
                <w:szCs w:val="40"/>
              </w:rPr>
              <w:t>Agree on any follow-up collaboration.</w:t>
            </w:r>
          </w:p>
        </w:tc>
        <w:tc>
          <w:tcPr>
            <w:tcW w:w="309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A0D677C" w14:textId="77777777" w:rsidR="00AF233D" w:rsidRPr="007C0CC7" w:rsidRDefault="00000000">
            <w:pPr>
              <w:spacing w:after="0" w:line="240" w:lineRule="auto"/>
              <w:rPr>
                <w:sz w:val="24"/>
                <w:szCs w:val="40"/>
              </w:rPr>
            </w:pPr>
            <w:r w:rsidRPr="007C0CC7">
              <w:rPr>
                <w:sz w:val="24"/>
                <w:szCs w:val="40"/>
              </w:rPr>
              <w:t>Colleges and universities, faculty, families, BK Centres, community members, MY Bharat volunteers and partner organisations.</w:t>
            </w:r>
          </w:p>
        </w:tc>
      </w:tr>
    </w:tbl>
    <w:p w14:paraId="3E1D9D93" w14:textId="77777777" w:rsidR="00AF233D" w:rsidRPr="00E55DF9" w:rsidRDefault="00AF233D">
      <w:pPr>
        <w:spacing w:after="20" w:line="240" w:lineRule="auto"/>
        <w:rPr>
          <w:sz w:val="10"/>
          <w:szCs w:val="1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8"/>
        <w:gridCol w:w="5726"/>
      </w:tblGrid>
      <w:tr w:rsidR="00AF233D" w:rsidRPr="00406010" w14:paraId="5032032D" w14:textId="77777777" w:rsidTr="00E55DF9">
        <w:trPr>
          <w:jc w:val="center"/>
        </w:trPr>
        <w:tc>
          <w:tcPr>
            <w:tcW w:w="9538" w:type="dxa"/>
            <w:shd w:val="clear" w:color="auto" w:fill="EAF4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32E5C0" w14:textId="77777777" w:rsidR="00AF233D" w:rsidRPr="00E55DF9" w:rsidRDefault="00000000">
            <w:pPr>
              <w:spacing w:after="60" w:line="240" w:lineRule="auto"/>
              <w:rPr>
                <w:sz w:val="22"/>
                <w:szCs w:val="32"/>
              </w:rPr>
            </w:pPr>
            <w:r w:rsidRPr="00E55DF9">
              <w:rPr>
                <w:b/>
                <w:color w:val="138A8A"/>
                <w:sz w:val="22"/>
                <w:szCs w:val="32"/>
              </w:rPr>
              <w:t>REPORTING</w:t>
            </w:r>
          </w:p>
          <w:p w14:paraId="39A81896" w14:textId="77777777" w:rsidR="00E55DF9" w:rsidRDefault="00000000">
            <w:pPr>
              <w:spacing w:after="0" w:line="240" w:lineRule="auto"/>
              <w:rPr>
                <w:sz w:val="22"/>
                <w:szCs w:val="32"/>
              </w:rPr>
            </w:pPr>
            <w:r w:rsidRPr="00E55DF9">
              <w:rPr>
                <w:sz w:val="22"/>
                <w:szCs w:val="32"/>
              </w:rPr>
              <w:t xml:space="preserve">Record date, venue, activity, participant totals/categories, facilitators/partners, outcomes and </w:t>
            </w:r>
          </w:p>
          <w:p w14:paraId="68A4A5F4" w14:textId="5FB83A79" w:rsidR="00AF233D" w:rsidRPr="00406010" w:rsidRDefault="00000000">
            <w:pPr>
              <w:spacing w:after="0" w:line="240" w:lineRule="auto"/>
              <w:rPr>
                <w:sz w:val="20"/>
                <w:szCs w:val="28"/>
              </w:rPr>
            </w:pPr>
            <w:r w:rsidRPr="00E55DF9">
              <w:rPr>
                <w:sz w:val="22"/>
                <w:szCs w:val="32"/>
              </w:rPr>
              <w:t>2–5 permitted photographs. Submit through the existing SUKHAM100 reporting workflow</w:t>
            </w:r>
            <w:r w:rsidR="00E55DF9" w:rsidRPr="00E55DF9">
              <w:rPr>
                <w:sz w:val="22"/>
                <w:szCs w:val="32"/>
              </w:rPr>
              <w:t xml:space="preserve"> at </w:t>
            </w:r>
            <w:r w:rsidR="00E55DF9" w:rsidRPr="00E55DF9">
              <w:rPr>
                <w:sz w:val="22"/>
                <w:szCs w:val="32"/>
              </w:rPr>
              <w:t>https://services.bkmedicalwing.org/sukham100-activity-entry/</w:t>
            </w:r>
          </w:p>
        </w:tc>
        <w:tc>
          <w:tcPr>
            <w:tcW w:w="5726" w:type="dxa"/>
            <w:shd w:val="clear" w:color="auto" w:fill="F3F6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7F6C1E" w14:textId="77777777" w:rsidR="00AF233D" w:rsidRPr="00E55DF9" w:rsidRDefault="00000000">
            <w:pPr>
              <w:spacing w:after="60" w:line="240" w:lineRule="auto"/>
              <w:rPr>
                <w:sz w:val="22"/>
                <w:szCs w:val="32"/>
              </w:rPr>
            </w:pPr>
            <w:r w:rsidRPr="00E55DF9">
              <w:rPr>
                <w:b/>
                <w:color w:val="17365D"/>
                <w:sz w:val="22"/>
                <w:szCs w:val="32"/>
              </w:rPr>
              <w:t>SAFETY &amp; INCLUSION</w:t>
            </w:r>
          </w:p>
          <w:p w14:paraId="266372A6" w14:textId="77777777" w:rsidR="00AF233D" w:rsidRPr="00406010" w:rsidRDefault="00000000">
            <w:pPr>
              <w:spacing w:after="0" w:line="240" w:lineRule="auto"/>
              <w:rPr>
                <w:sz w:val="20"/>
                <w:szCs w:val="28"/>
              </w:rPr>
            </w:pPr>
            <w:r w:rsidRPr="00E55DF9">
              <w:rPr>
                <w:sz w:val="22"/>
                <w:szCs w:val="32"/>
              </w:rPr>
              <w:t>Use qualified professionals for health checks; protect personal health information; obtain required permissions and consent; adapt physical activities to local conditions.</w:t>
            </w:r>
          </w:p>
        </w:tc>
      </w:tr>
    </w:tbl>
    <w:p w14:paraId="29B0AA05" w14:textId="77777777" w:rsidR="002A6EAA" w:rsidRDefault="002A6EAA" w:rsidP="00E55DF9"/>
    <w:sectPr w:rsidR="002A6EAA" w:rsidSect="00E55DF9">
      <w:footerReference w:type="default" r:id="rId8"/>
      <w:pgSz w:w="16848" w:h="11952" w:orient="landscape"/>
      <w:pgMar w:top="567" w:right="691" w:bottom="709" w:left="6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563F0" w14:textId="77777777" w:rsidR="00BF7487" w:rsidRDefault="00BF7487">
      <w:pPr>
        <w:spacing w:after="0" w:line="240" w:lineRule="auto"/>
      </w:pPr>
      <w:r>
        <w:separator/>
      </w:r>
    </w:p>
  </w:endnote>
  <w:endnote w:type="continuationSeparator" w:id="0">
    <w:p w14:paraId="46CC5368" w14:textId="77777777" w:rsidR="00BF7487" w:rsidRDefault="00BF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E2BC" w14:textId="77777777" w:rsidR="00AF233D" w:rsidRPr="007C0CC7" w:rsidRDefault="00000000">
    <w:pPr>
      <w:pStyle w:val="Footer"/>
      <w:jc w:val="center"/>
      <w:rPr>
        <w:sz w:val="24"/>
        <w:szCs w:val="32"/>
      </w:rPr>
    </w:pPr>
    <w:r w:rsidRPr="007C0CC7">
      <w:rPr>
        <w:b/>
        <w:color w:val="17365D"/>
        <w:sz w:val="22"/>
        <w:szCs w:val="32"/>
      </w:rPr>
      <w:t>SUKHAM</w:t>
    </w:r>
    <w:proofErr w:type="gramStart"/>
    <w:r w:rsidRPr="007C0CC7">
      <w:rPr>
        <w:b/>
        <w:color w:val="17365D"/>
        <w:sz w:val="22"/>
        <w:szCs w:val="32"/>
      </w:rPr>
      <w:t>100  |</w:t>
    </w:r>
    <w:proofErr w:type="gramEnd"/>
    <w:r w:rsidRPr="007C0CC7">
      <w:rPr>
        <w:b/>
        <w:color w:val="17365D"/>
        <w:sz w:val="22"/>
        <w:szCs w:val="32"/>
      </w:rPr>
      <w:t xml:space="preserve">  Sankalp se </w:t>
    </w:r>
    <w:proofErr w:type="spellStart"/>
    <w:r w:rsidRPr="007C0CC7">
      <w:rPr>
        <w:b/>
        <w:color w:val="17365D"/>
        <w:sz w:val="22"/>
        <w:szCs w:val="32"/>
      </w:rPr>
      <w:t>Rachnatmak</w:t>
    </w:r>
    <w:proofErr w:type="spellEnd"/>
    <w:r w:rsidRPr="007C0CC7">
      <w:rPr>
        <w:b/>
        <w:color w:val="17365D"/>
        <w:sz w:val="22"/>
        <w:szCs w:val="32"/>
      </w:rPr>
      <w:t xml:space="preserve"> Jeevan Tak</w:t>
    </w:r>
    <w:r w:rsidRPr="007C0CC7">
      <w:rPr>
        <w:color w:val="5D6B78"/>
        <w:sz w:val="22"/>
        <w:szCs w:val="32"/>
      </w:rPr>
      <w:t xml:space="preserve">     •     Medical Wing </w:t>
    </w:r>
    <w:proofErr w:type="spellStart"/>
    <w:r w:rsidRPr="007C0CC7">
      <w:rPr>
        <w:color w:val="5D6B78"/>
        <w:sz w:val="22"/>
        <w:szCs w:val="32"/>
      </w:rPr>
      <w:t>Programme</w:t>
    </w:r>
    <w:proofErr w:type="spellEnd"/>
    <w:r w:rsidRPr="007C0CC7">
      <w:rPr>
        <w:color w:val="5D6B78"/>
        <w:sz w:val="22"/>
        <w:szCs w:val="32"/>
      </w:rPr>
      <w:t xml:space="preserve"> Implementation 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E6756" w14:textId="77777777" w:rsidR="00BF7487" w:rsidRDefault="00BF7487">
      <w:pPr>
        <w:spacing w:after="0" w:line="240" w:lineRule="auto"/>
      </w:pPr>
      <w:r>
        <w:separator/>
      </w:r>
    </w:p>
  </w:footnote>
  <w:footnote w:type="continuationSeparator" w:id="0">
    <w:p w14:paraId="2464B00B" w14:textId="77777777" w:rsidR="00BF7487" w:rsidRDefault="00BF7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4C0655"/>
    <w:multiLevelType w:val="hybridMultilevel"/>
    <w:tmpl w:val="182801BE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20626"/>
    <w:multiLevelType w:val="hybridMultilevel"/>
    <w:tmpl w:val="17907266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907982"/>
    <w:multiLevelType w:val="hybridMultilevel"/>
    <w:tmpl w:val="81FAD8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435C55"/>
    <w:multiLevelType w:val="hybridMultilevel"/>
    <w:tmpl w:val="24845708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87494">
    <w:abstractNumId w:val="8"/>
  </w:num>
  <w:num w:numId="2" w16cid:durableId="1479615886">
    <w:abstractNumId w:val="6"/>
  </w:num>
  <w:num w:numId="3" w16cid:durableId="1843428266">
    <w:abstractNumId w:val="5"/>
  </w:num>
  <w:num w:numId="4" w16cid:durableId="1678342395">
    <w:abstractNumId w:val="4"/>
  </w:num>
  <w:num w:numId="5" w16cid:durableId="768769377">
    <w:abstractNumId w:val="7"/>
  </w:num>
  <w:num w:numId="6" w16cid:durableId="1671831396">
    <w:abstractNumId w:val="3"/>
  </w:num>
  <w:num w:numId="7" w16cid:durableId="1816988675">
    <w:abstractNumId w:val="2"/>
  </w:num>
  <w:num w:numId="8" w16cid:durableId="343361943">
    <w:abstractNumId w:val="1"/>
  </w:num>
  <w:num w:numId="9" w16cid:durableId="727653832">
    <w:abstractNumId w:val="0"/>
  </w:num>
  <w:num w:numId="10" w16cid:durableId="1969580624">
    <w:abstractNumId w:val="11"/>
  </w:num>
  <w:num w:numId="11" w16cid:durableId="640353635">
    <w:abstractNumId w:val="12"/>
  </w:num>
  <w:num w:numId="12" w16cid:durableId="304042849">
    <w:abstractNumId w:val="9"/>
  </w:num>
  <w:num w:numId="13" w16cid:durableId="9641172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6EAA"/>
    <w:rsid w:val="00326F90"/>
    <w:rsid w:val="00406010"/>
    <w:rsid w:val="005A365B"/>
    <w:rsid w:val="007C0CC7"/>
    <w:rsid w:val="00AA1D8D"/>
    <w:rsid w:val="00AF233D"/>
    <w:rsid w:val="00B47730"/>
    <w:rsid w:val="00BF7487"/>
    <w:rsid w:val="00CB0664"/>
    <w:rsid w:val="00E55DF9"/>
    <w:rsid w:val="00E970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5F0D5A"/>
  <w14:defaultImageDpi w14:val="300"/>
  <w15:docId w15:val="{0956D172-19A8-4B4A-B017-00D3BD10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CC7"/>
    <w:rPr>
      <w:rFonts w:ascii="Aptos" w:eastAsia="Aptos" w:hAnsi="Aptos"/>
      <w:color w:val="243447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Divine Touch</cp:lastModifiedBy>
  <cp:revision>4</cp:revision>
  <dcterms:created xsi:type="dcterms:W3CDTF">2013-12-23T23:15:00Z</dcterms:created>
  <dcterms:modified xsi:type="dcterms:W3CDTF">2026-10-15T12:05:00Z</dcterms:modified>
  <cp:category/>
</cp:coreProperties>
</file>