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86"/>
        <w:gridCol w:w="4522"/>
      </w:tblGrid>
      <w:tr w:rsidR="00AF233D" w14:paraId="1D54FBF6" w14:textId="77777777" w:rsidTr="007C0CC7">
        <w:trPr>
          <w:jc w:val="center"/>
        </w:trPr>
        <w:tc>
          <w:tcPr>
            <w:tcW w:w="10886" w:type="dxa"/>
            <w:shd w:val="clear" w:color="auto" w:fill="17365D"/>
            <w:tcMar>
              <w:top w:w="100" w:type="dxa"/>
              <w:left w:w="160" w:type="dxa"/>
              <w:bottom w:w="100" w:type="dxa"/>
              <w:right w:w="140" w:type="dxa"/>
            </w:tcMar>
          </w:tcPr>
          <w:p w14:paraId="1A7A6197" w14:textId="77777777" w:rsidR="00AF233D" w:rsidRPr="007C0CC7" w:rsidRDefault="00000000">
            <w:pPr>
              <w:spacing w:after="0" w:line="240" w:lineRule="auto"/>
              <w:rPr>
                <w:sz w:val="24"/>
                <w:szCs w:val="32"/>
              </w:rPr>
            </w:pPr>
            <w:r>
              <w:rPr>
                <w:b/>
                <w:color w:val="FFFFFF"/>
                <w:sz w:val="44"/>
                <w:szCs w:val="32"/>
              </w:rPr>
              <w:t>SUKHAM100</w:t>
            </w:r>
          </w:p>
          <w:p w14:paraId="63FEA99B" w14:textId="77777777" w:rsidR="00AF233D" w:rsidRDefault="00000000">
            <w:pPr>
              <w:spacing w:after="0" w:line="240" w:lineRule="auto"/>
            </w:pPr>
            <w:r>
              <w:rPr>
                <w:color w:val="DDEAF4"/>
                <w:sz w:val="24"/>
                <w:szCs w:val="36"/>
              </w:rPr>
              <w:t>Sankalp se Rachnatmak Jeevan Tak</w:t>
            </w:r>
          </w:p>
        </w:tc>
        <w:tc>
          <w:tcPr>
            <w:tcW w:w="4522" w:type="dxa"/>
            <w:shd w:val="clear" w:color="auto" w:fill="138A8A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3BBD91A6" w14:textId="77777777" w:rsidR="00AF233D" w:rsidRPr="007C0CC7" w:rsidRDefault="00000000">
            <w:pPr>
              <w:spacing w:after="0" w:line="240" w:lineRule="auto"/>
              <w:jc w:val="right"/>
              <w:rPr>
                <w:sz w:val="22"/>
                <w:szCs w:val="28"/>
              </w:rPr>
            </w:pPr>
            <w:r>
              <w:rPr>
                <w:b/>
                <w:color w:val="FFFFFF"/>
                <w:sz w:val="36"/>
                <w:szCs w:val="28"/>
              </w:rPr>
              <w:t>MONTH 03</w:t>
            </w:r>
          </w:p>
          <w:p w14:paraId="72896E2F" w14:textId="77777777" w:rsidR="00AF233D" w:rsidRDefault="00000000">
            <w:pPr>
              <w:spacing w:after="0" w:line="240" w:lineRule="auto"/>
              <w:jc w:val="right"/>
            </w:pPr>
            <w:r>
              <w:rPr>
                <w:b/>
                <w:color w:val="FFFFFF"/>
                <w:sz w:val="24"/>
                <w:szCs w:val="40"/>
              </w:rPr>
              <w:t>PROGRAMME IMPLEMENTATION PLAN</w:t>
            </w:r>
          </w:p>
        </w:tc>
      </w:tr>
    </w:tbl>
    <w:p w14:paraId="6052BBA5" w14:textId="77777777" w:rsidR="00AF233D" w:rsidRPr="007C0CC7" w:rsidRDefault="00000000">
      <w:pPr>
        <w:spacing w:before="100" w:after="20" w:line="240" w:lineRule="auto"/>
        <w:rPr>
          <w:sz w:val="20"/>
          <w:szCs w:val="24"/>
        </w:rPr>
      </w:pPr>
      <w:r>
        <w:rPr>
          <w:b/>
          <w:color w:val="17365D"/>
          <w:sz w:val="32"/>
          <w:szCs w:val="24"/>
        </w:rPr>
        <w:t>LIFE SKILLS MONTH</w:t>
      </w:r>
    </w:p>
    <w:p w14:paraId="60F59A62" w14:textId="62FA4482" w:rsidR="00AF233D" w:rsidRPr="007C0CC7" w:rsidRDefault="00000000">
      <w:pPr>
        <w:spacing w:after="80" w:line="240" w:lineRule="auto"/>
        <w:rPr>
          <w:sz w:val="28"/>
          <w:szCs w:val="36"/>
        </w:rPr>
      </w:pPr>
      <w:r>
        <w:rPr>
          <w:b/>
          <w:color w:val="138A8A"/>
          <w:sz w:val="28"/>
          <w:szCs w:val="36"/>
        </w:rPr>
        <w:t xml:space="preserve">Weeks 9–12  •  </w:t>
      </w:r>
      <w:r w:rsidR="00EA0559">
        <w:rPr>
          <w:b/>
          <w:color w:val="138A8A"/>
          <w:sz w:val="28"/>
          <w:szCs w:val="36"/>
        </w:rPr>
        <w:t>14</w:t>
      </w:r>
      <w:r>
        <w:rPr>
          <w:b/>
          <w:color w:val="138A8A"/>
          <w:sz w:val="28"/>
          <w:szCs w:val="36"/>
        </w:rPr>
        <w:t xml:space="preserve"> November – </w:t>
      </w:r>
      <w:r w:rsidR="00EA0559">
        <w:rPr>
          <w:b/>
          <w:color w:val="138A8A"/>
          <w:sz w:val="28"/>
          <w:szCs w:val="36"/>
        </w:rPr>
        <w:t>11</w:t>
      </w:r>
      <w:r>
        <w:rPr>
          <w:b/>
          <w:color w:val="138A8A"/>
          <w:sz w:val="28"/>
          <w:szCs w:val="36"/>
        </w:rPr>
        <w:t xml:space="preserve"> December 2026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</w:tblCellMar>
        <w:tblLook w:val="04A0" w:firstRow="1" w:lastRow="0" w:firstColumn="1" w:lastColumn="0" w:noHBand="0" w:noVBand="1"/>
      </w:tblPr>
      <w:tblGrid>
        <w:gridCol w:w="2088"/>
        <w:gridCol w:w="3816"/>
        <w:gridCol w:w="6264"/>
        <w:gridCol w:w="3096"/>
      </w:tblGrid>
      <w:tr w:rsidR="00AF233D" w:rsidRPr="007C0CC7" w14:paraId="2E753BB1" w14:textId="77777777" w:rsidTr="007C0CC7">
        <w:trPr>
          <w:tblHeader/>
          <w:jc w:val="center"/>
        </w:trPr>
        <w:tc>
          <w:tcPr>
            <w:tcW w:w="2088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49307B97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WEEK / DATES</w:t>
            </w:r>
          </w:p>
        </w:tc>
        <w:tc>
          <w:tcPr>
            <w:tcW w:w="3816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64022F76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PROGRAMME &amp; SCOPE</w:t>
            </w:r>
          </w:p>
        </w:tc>
        <w:tc>
          <w:tcPr>
            <w:tcW w:w="6264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42E3B961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HOW TO ORGANISE</w:t>
            </w:r>
          </w:p>
        </w:tc>
        <w:tc>
          <w:tcPr>
            <w:tcW w:w="3096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354B8D37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WHO CAN PARTICIPATE</w:t>
            </w:r>
          </w:p>
        </w:tc>
      </w:tr>
      <w:tr w:rsidR="00AF233D" w:rsidRPr="007C0CC7" w14:paraId="2853E43C" w14:textId="77777777" w:rsidTr="007C0CC7">
        <w:trPr>
          <w:cantSplit/>
          <w:trHeight w:val="2400"/>
          <w:jc w:val="center"/>
        </w:trPr>
        <w:tc>
          <w:tcPr>
            <w:tcW w:w="2088" w:type="dxa"/>
            <w:shd w:val="clear" w:color="auto" w:fill="EAF4F4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627FBE6E" w14:textId="77777777" w:rsidR="00843E58" w:rsidRDefault="00000000">
            <w:r>
              <w:rPr>
                <w:b/>
                <w:color w:val="17365D"/>
                <w:sz w:val="24"/>
                <w:szCs w:val="40"/>
              </w:rPr>
              <w:t>Week 9</w:t>
            </w:r>
          </w:p>
          <w:p w14:paraId="59B96697" w14:textId="7A2436C1" w:rsidR="00843E58" w:rsidRDefault="00EA0559">
            <w:r>
              <w:rPr>
                <w:b/>
                <w:color w:val="17365D"/>
                <w:sz w:val="24"/>
                <w:szCs w:val="40"/>
              </w:rPr>
              <w:t>14–20 Nov 2026</w:t>
            </w:r>
          </w:p>
        </w:tc>
        <w:tc>
          <w:tcPr>
            <w:tcW w:w="3816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38A18686" w14:textId="77777777" w:rsidR="00843E58" w:rsidRDefault="00000000">
            <w:r>
              <w:rPr>
                <w:b/>
                <w:color w:val="138A8A"/>
                <w:sz w:val="24"/>
                <w:szCs w:val="40"/>
              </w:rPr>
              <w:t>Decision-Making Workshop</w:t>
            </w:r>
          </w:p>
          <w:p w14:paraId="27B28A17" w14:textId="77777777" w:rsidR="00843E58" w:rsidRPr="005C15AD" w:rsidRDefault="00000000">
            <w:pPr>
              <w:rPr>
                <w:color w:val="1F497D" w:themeColor="text2"/>
              </w:rPr>
            </w:pPr>
            <w:r w:rsidRPr="005C15AD">
              <w:rPr>
                <w:b/>
                <w:color w:val="1F497D" w:themeColor="text2"/>
                <w:sz w:val="24"/>
                <w:szCs w:val="40"/>
              </w:rPr>
              <w:t>SCOPE</w:t>
            </w:r>
          </w:p>
          <w:p w14:paraId="07684BCE" w14:textId="77777777" w:rsidR="00843E58" w:rsidRPr="005C15AD" w:rsidRDefault="00000000">
            <w:pPr>
              <w:rPr>
                <w:bCs/>
              </w:rPr>
            </w:pPr>
            <w:r w:rsidRPr="005C15AD">
              <w:rPr>
                <w:bCs/>
                <w:color w:val="000000" w:themeColor="text1"/>
                <w:sz w:val="24"/>
                <w:szCs w:val="40"/>
              </w:rPr>
              <w:t>Build thoughtful decision-making through practical scenarios, guided exercises and reflection.</w:t>
            </w:r>
          </w:p>
        </w:tc>
        <w:tc>
          <w:tcPr>
            <w:tcW w:w="6264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4730E132" w14:textId="2F33E00E" w:rsidR="00843E58" w:rsidRDefault="00000000" w:rsidP="005C15AD">
            <w:pPr>
              <w:pStyle w:val="ListParagraph"/>
              <w:numPr>
                <w:ilvl w:val="0"/>
                <w:numId w:val="20"/>
              </w:numPr>
              <w:ind w:left="413"/>
            </w:pPr>
            <w:r>
              <w:rPr>
                <w:sz w:val="24"/>
                <w:szCs w:val="40"/>
              </w:rPr>
              <w:t>Prepare 3–5 everyday scenarios about choices, health, relationships or peer influence.</w:t>
            </w:r>
          </w:p>
          <w:p w14:paraId="393C2051" w14:textId="09E816D6" w:rsidR="00843E58" w:rsidRDefault="00000000" w:rsidP="005C15AD">
            <w:pPr>
              <w:pStyle w:val="ListParagraph"/>
              <w:numPr>
                <w:ilvl w:val="0"/>
                <w:numId w:val="20"/>
              </w:numPr>
              <w:ind w:left="413"/>
            </w:pPr>
            <w:r>
              <w:rPr>
                <w:sz w:val="24"/>
                <w:szCs w:val="40"/>
              </w:rPr>
              <w:t>Arrange a facilitator, small-group seating and simple materials.</w:t>
            </w:r>
          </w:p>
          <w:p w14:paraId="52B0A582" w14:textId="27C0D308" w:rsidR="00843E58" w:rsidRDefault="00000000" w:rsidP="005C15AD">
            <w:pPr>
              <w:pStyle w:val="ListParagraph"/>
              <w:numPr>
                <w:ilvl w:val="0"/>
                <w:numId w:val="20"/>
              </w:numPr>
              <w:ind w:left="413"/>
            </w:pPr>
            <w:r>
              <w:rPr>
                <w:sz w:val="24"/>
                <w:szCs w:val="40"/>
              </w:rPr>
              <w:t>Discuss options, likely consequences and safe, constructive choices.</w:t>
            </w:r>
          </w:p>
          <w:p w14:paraId="5DCA3D26" w14:textId="43CDD1EC" w:rsidR="00843E58" w:rsidRDefault="00000000" w:rsidP="005C15AD">
            <w:pPr>
              <w:pStyle w:val="ListParagraph"/>
              <w:numPr>
                <w:ilvl w:val="0"/>
                <w:numId w:val="20"/>
              </w:numPr>
              <w:ind w:left="413"/>
            </w:pPr>
            <w:r>
              <w:rPr>
                <w:sz w:val="24"/>
                <w:szCs w:val="40"/>
              </w:rPr>
              <w:t>Close with a reflection on values and one practical commitment.</w:t>
            </w:r>
          </w:p>
        </w:tc>
        <w:tc>
          <w:tcPr>
            <w:tcW w:w="3096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3298BB3D" w14:textId="77777777" w:rsidR="00843E58" w:rsidRDefault="00000000">
            <w:r>
              <w:rPr>
                <w:sz w:val="24"/>
                <w:szCs w:val="40"/>
              </w:rPr>
              <w:t>Community members, educational institutions, families, facilitators, MY Bharat volunteers and partner organisations.</w:t>
            </w:r>
          </w:p>
        </w:tc>
      </w:tr>
    </w:tbl>
    <w:p w14:paraId="356799CE" w14:textId="77777777" w:rsidR="00AF233D" w:rsidRPr="00E55DF9" w:rsidRDefault="00AF233D">
      <w:pPr>
        <w:spacing w:after="20" w:line="240" w:lineRule="auto"/>
        <w:rPr>
          <w:sz w:val="8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1"/>
        <w:gridCol w:w="3821"/>
        <w:gridCol w:w="6273"/>
        <w:gridCol w:w="3100"/>
      </w:tblGrid>
      <w:tr w:rsidR="00AF233D" w:rsidRPr="007C0CC7" w14:paraId="2D195B2D" w14:textId="77777777" w:rsidTr="007C0CC7">
        <w:trPr>
          <w:trHeight w:val="387"/>
          <w:tblHeader/>
          <w:jc w:val="center"/>
        </w:trPr>
        <w:tc>
          <w:tcPr>
            <w:tcW w:w="2091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62843CAA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WEEK / DATES</w:t>
            </w:r>
          </w:p>
        </w:tc>
        <w:tc>
          <w:tcPr>
            <w:tcW w:w="3821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061834E1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PROGRAMME &amp; SCOPE</w:t>
            </w:r>
          </w:p>
        </w:tc>
        <w:tc>
          <w:tcPr>
            <w:tcW w:w="6273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69B15D86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HOW TO ORGANISE</w:t>
            </w:r>
          </w:p>
        </w:tc>
        <w:tc>
          <w:tcPr>
            <w:tcW w:w="3100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545DC9F3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WHO CAN PARTICIPATE</w:t>
            </w:r>
          </w:p>
        </w:tc>
      </w:tr>
      <w:tr w:rsidR="00AF233D" w:rsidRPr="007C0CC7" w14:paraId="076F8C27" w14:textId="77777777" w:rsidTr="007C0CC7">
        <w:trPr>
          <w:cantSplit/>
          <w:trHeight w:val="3016"/>
          <w:jc w:val="center"/>
        </w:trPr>
        <w:tc>
          <w:tcPr>
            <w:tcW w:w="2091" w:type="dxa"/>
            <w:shd w:val="clear" w:color="auto" w:fill="EAF4F4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40CB9667" w14:textId="77777777" w:rsidR="00843E58" w:rsidRDefault="00000000">
            <w:r>
              <w:rPr>
                <w:b/>
                <w:color w:val="17365D"/>
                <w:sz w:val="24"/>
                <w:szCs w:val="32"/>
              </w:rPr>
              <w:t>Week 10</w:t>
            </w:r>
          </w:p>
          <w:p w14:paraId="5D55CB14" w14:textId="06FF1099" w:rsidR="00843E58" w:rsidRDefault="00EA0559">
            <w:r>
              <w:rPr>
                <w:b/>
                <w:color w:val="17365D"/>
                <w:sz w:val="24"/>
                <w:szCs w:val="32"/>
              </w:rPr>
              <w:t>21–27 Nov 2026</w:t>
            </w:r>
          </w:p>
        </w:tc>
        <w:tc>
          <w:tcPr>
            <w:tcW w:w="3821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3F5C9A0E" w14:textId="77777777" w:rsidR="00843E58" w:rsidRDefault="00000000">
            <w:r>
              <w:rPr>
                <w:b/>
                <w:color w:val="138A8A"/>
                <w:sz w:val="24"/>
                <w:szCs w:val="32"/>
              </w:rPr>
              <w:t>Group Discussion on Managing Peer Pressure</w:t>
            </w:r>
          </w:p>
          <w:p w14:paraId="5E8ED21E" w14:textId="77777777" w:rsidR="00843E58" w:rsidRPr="005C15AD" w:rsidRDefault="00000000">
            <w:pPr>
              <w:rPr>
                <w:color w:val="1F497D" w:themeColor="text2"/>
              </w:rPr>
            </w:pPr>
            <w:r w:rsidRPr="005C15AD">
              <w:rPr>
                <w:b/>
                <w:color w:val="1F497D" w:themeColor="text2"/>
                <w:sz w:val="24"/>
                <w:szCs w:val="32"/>
              </w:rPr>
              <w:t>SCOPE</w:t>
            </w:r>
          </w:p>
          <w:p w14:paraId="281FAA3B" w14:textId="77777777" w:rsidR="00843E58" w:rsidRPr="005C15AD" w:rsidRDefault="00000000">
            <w:pPr>
              <w:rPr>
                <w:bCs/>
              </w:rPr>
            </w:pPr>
            <w:r w:rsidRPr="005C15AD">
              <w:rPr>
                <w:bCs/>
                <w:color w:val="000000" w:themeColor="text1"/>
                <w:sz w:val="24"/>
                <w:szCs w:val="32"/>
              </w:rPr>
              <w:t>Recognise peer influence and practise positive, confident responses.</w:t>
            </w:r>
          </w:p>
        </w:tc>
        <w:tc>
          <w:tcPr>
            <w:tcW w:w="6273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61D27166" w14:textId="2AD1A3F5" w:rsidR="00843E58" w:rsidRDefault="00000000" w:rsidP="005C15AD">
            <w:pPr>
              <w:pStyle w:val="ListParagraph"/>
              <w:numPr>
                <w:ilvl w:val="0"/>
                <w:numId w:val="22"/>
              </w:numPr>
              <w:ind w:left="413"/>
            </w:pPr>
            <w:r>
              <w:rPr>
                <w:sz w:val="24"/>
                <w:szCs w:val="32"/>
              </w:rPr>
              <w:t>Set respectful discussion rules; no one should be asked to disclose personal experiences.</w:t>
            </w:r>
          </w:p>
          <w:p w14:paraId="61553955" w14:textId="478BB15D" w:rsidR="00843E58" w:rsidRDefault="00000000" w:rsidP="005C15AD">
            <w:pPr>
              <w:pStyle w:val="ListParagraph"/>
              <w:numPr>
                <w:ilvl w:val="0"/>
                <w:numId w:val="22"/>
              </w:numPr>
              <w:ind w:left="413"/>
            </w:pPr>
            <w:r>
              <w:rPr>
                <w:sz w:val="24"/>
                <w:szCs w:val="32"/>
              </w:rPr>
              <w:t>Discuss scenarios involving social pressure, risky choices and healthy boundaries.</w:t>
            </w:r>
          </w:p>
          <w:p w14:paraId="1D856592" w14:textId="552021F0" w:rsidR="00843E58" w:rsidRDefault="00000000" w:rsidP="005C15AD">
            <w:pPr>
              <w:pStyle w:val="ListParagraph"/>
              <w:numPr>
                <w:ilvl w:val="0"/>
                <w:numId w:val="22"/>
              </w:numPr>
              <w:ind w:left="413"/>
            </w:pPr>
            <w:r>
              <w:rPr>
                <w:sz w:val="24"/>
                <w:szCs w:val="32"/>
              </w:rPr>
              <w:t>Practise ways to say no, seek support and make independent choices.</w:t>
            </w:r>
          </w:p>
          <w:p w14:paraId="219656E6" w14:textId="36B75C72" w:rsidR="00843E58" w:rsidRDefault="00000000" w:rsidP="005C15AD">
            <w:pPr>
              <w:pStyle w:val="ListParagraph"/>
              <w:numPr>
                <w:ilvl w:val="0"/>
                <w:numId w:val="22"/>
              </w:numPr>
              <w:ind w:left="413"/>
            </w:pPr>
            <w:r>
              <w:rPr>
                <w:sz w:val="24"/>
                <w:szCs w:val="32"/>
              </w:rPr>
              <w:t>Summarise support options and close with a voluntary commitment.</w:t>
            </w:r>
          </w:p>
        </w:tc>
        <w:tc>
          <w:tcPr>
            <w:tcW w:w="3100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1F908CA0" w14:textId="77777777" w:rsidR="00843E58" w:rsidRDefault="00000000">
            <w:r>
              <w:rPr>
                <w:sz w:val="24"/>
                <w:szCs w:val="32"/>
              </w:rPr>
              <w:t>Community members, peer groups, teachers/facilitators, families, educational institutions, MY Bharat volunteers and partner organisations.</w:t>
            </w:r>
          </w:p>
        </w:tc>
      </w:tr>
    </w:tbl>
    <w:p w14:paraId="5D606638" w14:textId="77777777" w:rsidR="00AF233D" w:rsidRDefault="00AF233D">
      <w:pPr>
        <w:spacing w:after="20" w:line="240" w:lineRule="auto"/>
      </w:pPr>
    </w:p>
    <w:p w14:paraId="563E5912" w14:textId="77777777" w:rsidR="00AF233D" w:rsidRDefault="00AF233D">
      <w:pPr>
        <w:spacing w:before="60" w:after="0" w:line="240" w:lineRule="auto"/>
        <w:jc w:val="right"/>
      </w:pPr>
    </w:p>
    <w:p w14:paraId="30EBE281" w14:textId="77777777" w:rsidR="00AF233D" w:rsidRDefault="00AF233D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86"/>
        <w:gridCol w:w="4522"/>
      </w:tblGrid>
      <w:tr w:rsidR="007C0CC7" w14:paraId="702AC366" w14:textId="77777777" w:rsidTr="00B76ED1">
        <w:trPr>
          <w:jc w:val="center"/>
        </w:trPr>
        <w:tc>
          <w:tcPr>
            <w:tcW w:w="10886" w:type="dxa"/>
            <w:shd w:val="clear" w:color="auto" w:fill="17365D"/>
            <w:tcMar>
              <w:top w:w="100" w:type="dxa"/>
              <w:left w:w="160" w:type="dxa"/>
              <w:bottom w:w="100" w:type="dxa"/>
              <w:right w:w="140" w:type="dxa"/>
            </w:tcMar>
          </w:tcPr>
          <w:p w14:paraId="645D35F8" w14:textId="77777777" w:rsidR="007C0CC7" w:rsidRPr="007C0CC7" w:rsidRDefault="007C0CC7" w:rsidP="007C0CC7">
            <w:pPr>
              <w:spacing w:after="0" w:line="240" w:lineRule="auto"/>
              <w:rPr>
                <w:sz w:val="24"/>
                <w:szCs w:val="32"/>
              </w:rPr>
            </w:pPr>
            <w:r>
              <w:rPr>
                <w:b/>
                <w:color w:val="FFFFFF"/>
                <w:sz w:val="44"/>
                <w:szCs w:val="32"/>
              </w:rPr>
              <w:lastRenderedPageBreak/>
              <w:t>SUKHAM100</w:t>
            </w:r>
          </w:p>
          <w:p w14:paraId="66EC5364" w14:textId="77777777" w:rsidR="007C0CC7" w:rsidRDefault="007C0CC7" w:rsidP="007C0CC7">
            <w:pPr>
              <w:spacing w:after="0" w:line="240" w:lineRule="auto"/>
            </w:pPr>
            <w:r>
              <w:rPr>
                <w:color w:val="DDEAF4"/>
                <w:sz w:val="24"/>
                <w:szCs w:val="36"/>
              </w:rPr>
              <w:t>Sankalp se Rachnatmak Jeevan Tak</w:t>
            </w:r>
          </w:p>
        </w:tc>
        <w:tc>
          <w:tcPr>
            <w:tcW w:w="4522" w:type="dxa"/>
            <w:shd w:val="clear" w:color="auto" w:fill="138A8A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13481D8A" w14:textId="77777777" w:rsidR="007C0CC7" w:rsidRPr="007C0CC7" w:rsidRDefault="007C0CC7" w:rsidP="007C0CC7">
            <w:pPr>
              <w:spacing w:after="0" w:line="240" w:lineRule="auto"/>
              <w:jc w:val="right"/>
              <w:rPr>
                <w:sz w:val="22"/>
                <w:szCs w:val="28"/>
              </w:rPr>
            </w:pPr>
            <w:r>
              <w:rPr>
                <w:b/>
                <w:color w:val="FFFFFF"/>
                <w:sz w:val="36"/>
                <w:szCs w:val="28"/>
              </w:rPr>
              <w:t>MONTH 03</w:t>
            </w:r>
          </w:p>
          <w:p w14:paraId="50A1F46C" w14:textId="77777777" w:rsidR="007C0CC7" w:rsidRDefault="007C0CC7" w:rsidP="007C0CC7">
            <w:pPr>
              <w:spacing w:after="0" w:line="240" w:lineRule="auto"/>
              <w:jc w:val="right"/>
            </w:pPr>
            <w:r>
              <w:rPr>
                <w:b/>
                <w:color w:val="FFFFFF"/>
                <w:sz w:val="24"/>
                <w:szCs w:val="40"/>
              </w:rPr>
              <w:t>PROGRAMME IMPLEMENTATION PLAN</w:t>
            </w:r>
          </w:p>
        </w:tc>
      </w:tr>
    </w:tbl>
    <w:p w14:paraId="33971D09" w14:textId="77777777" w:rsidR="007C0CC7" w:rsidRPr="007C0CC7" w:rsidRDefault="007C0CC7" w:rsidP="00B76ED1">
      <w:pPr>
        <w:spacing w:before="100" w:after="20" w:line="240" w:lineRule="auto"/>
        <w:rPr>
          <w:sz w:val="20"/>
          <w:szCs w:val="24"/>
        </w:rPr>
      </w:pPr>
      <w:r>
        <w:rPr>
          <w:b/>
          <w:color w:val="17365D"/>
          <w:sz w:val="32"/>
          <w:szCs w:val="24"/>
        </w:rPr>
        <w:t>LIFE SKILLS MONTH</w:t>
      </w:r>
    </w:p>
    <w:p w14:paraId="6A3C96F9" w14:textId="77777777" w:rsidR="008668F4" w:rsidRPr="007C0CC7" w:rsidRDefault="008668F4" w:rsidP="008668F4">
      <w:pPr>
        <w:spacing w:after="80" w:line="240" w:lineRule="auto"/>
        <w:rPr>
          <w:sz w:val="28"/>
          <w:szCs w:val="36"/>
        </w:rPr>
      </w:pPr>
      <w:r>
        <w:rPr>
          <w:b/>
          <w:color w:val="138A8A"/>
          <w:sz w:val="28"/>
          <w:szCs w:val="36"/>
        </w:rPr>
        <w:t>Weeks 9–12  •  14 November – 11 December 2026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3816"/>
        <w:gridCol w:w="6186"/>
        <w:gridCol w:w="3174"/>
      </w:tblGrid>
      <w:tr w:rsidR="00AF233D" w:rsidRPr="007C0CC7" w14:paraId="2D98880D" w14:textId="77777777" w:rsidTr="00595D90">
        <w:trPr>
          <w:tblHeader/>
          <w:jc w:val="center"/>
        </w:trPr>
        <w:tc>
          <w:tcPr>
            <w:tcW w:w="2088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3FB7D165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WEEK / DATES</w:t>
            </w:r>
          </w:p>
        </w:tc>
        <w:tc>
          <w:tcPr>
            <w:tcW w:w="3816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09E8F42D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PROGRAMME &amp; SCOPE</w:t>
            </w:r>
          </w:p>
        </w:tc>
        <w:tc>
          <w:tcPr>
            <w:tcW w:w="6186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48EC05B7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HOW TO ORGANISE</w:t>
            </w:r>
          </w:p>
        </w:tc>
        <w:tc>
          <w:tcPr>
            <w:tcW w:w="3174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21A40D22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WHO CAN PARTICIPATE</w:t>
            </w:r>
          </w:p>
        </w:tc>
      </w:tr>
      <w:tr w:rsidR="00AF233D" w:rsidRPr="007C0CC7" w14:paraId="049D2018" w14:textId="77777777" w:rsidTr="00595D90">
        <w:trPr>
          <w:cantSplit/>
          <w:jc w:val="center"/>
        </w:trPr>
        <w:tc>
          <w:tcPr>
            <w:tcW w:w="2088" w:type="dxa"/>
            <w:shd w:val="clear" w:color="auto" w:fill="EAF4F4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4FA82520" w14:textId="77777777" w:rsidR="00843E58" w:rsidRDefault="00000000">
            <w:r>
              <w:rPr>
                <w:b/>
                <w:color w:val="17365D"/>
                <w:sz w:val="24"/>
                <w:szCs w:val="40"/>
              </w:rPr>
              <w:t>Week 11</w:t>
            </w:r>
          </w:p>
          <w:p w14:paraId="00A524A1" w14:textId="42A21410" w:rsidR="00843E58" w:rsidRDefault="00EA0559">
            <w:r>
              <w:rPr>
                <w:b/>
                <w:color w:val="17365D"/>
                <w:sz w:val="24"/>
                <w:szCs w:val="40"/>
              </w:rPr>
              <w:t>28 Nov–4 Dec 2026</w:t>
            </w:r>
          </w:p>
        </w:tc>
        <w:tc>
          <w:tcPr>
            <w:tcW w:w="3816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5A7AEC75" w14:textId="77777777" w:rsidR="00843E58" w:rsidRDefault="00000000">
            <w:r>
              <w:rPr>
                <w:b/>
                <w:color w:val="138A8A"/>
                <w:sz w:val="24"/>
                <w:szCs w:val="40"/>
              </w:rPr>
              <w:t>Problem-Solving Games</w:t>
            </w:r>
          </w:p>
          <w:p w14:paraId="38CE38A5" w14:textId="77777777" w:rsidR="00843E58" w:rsidRPr="005C15AD" w:rsidRDefault="00000000">
            <w:pPr>
              <w:rPr>
                <w:color w:val="1F497D" w:themeColor="text2"/>
              </w:rPr>
            </w:pPr>
            <w:r w:rsidRPr="005C15AD">
              <w:rPr>
                <w:b/>
                <w:color w:val="1F497D" w:themeColor="text2"/>
                <w:sz w:val="24"/>
                <w:szCs w:val="40"/>
              </w:rPr>
              <w:t>SCOPE</w:t>
            </w:r>
          </w:p>
          <w:p w14:paraId="5A5FE5B6" w14:textId="77777777" w:rsidR="00843E58" w:rsidRPr="005C15AD" w:rsidRDefault="00000000">
            <w:pPr>
              <w:rPr>
                <w:bCs/>
              </w:rPr>
            </w:pPr>
            <w:r w:rsidRPr="005C15AD">
              <w:rPr>
                <w:bCs/>
                <w:color w:val="000000" w:themeColor="text1"/>
                <w:sz w:val="24"/>
                <w:szCs w:val="40"/>
              </w:rPr>
              <w:t>Build teamwork, communication and practical problem-solving.</w:t>
            </w:r>
          </w:p>
        </w:tc>
        <w:tc>
          <w:tcPr>
            <w:tcW w:w="6186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2BFC53CE" w14:textId="1B1EC96C" w:rsidR="00843E58" w:rsidRDefault="00000000" w:rsidP="005C15AD">
            <w:pPr>
              <w:pStyle w:val="ListParagraph"/>
              <w:numPr>
                <w:ilvl w:val="0"/>
                <w:numId w:val="24"/>
              </w:numPr>
              <w:ind w:left="413"/>
            </w:pPr>
            <w:r w:rsidRPr="005C15AD">
              <w:rPr>
                <w:sz w:val="24"/>
                <w:szCs w:val="40"/>
              </w:rPr>
              <w:t>Choose inclusive, safe games suited to participants’ age and ability.</w:t>
            </w:r>
          </w:p>
          <w:p w14:paraId="0A27D3C4" w14:textId="568270CE" w:rsidR="00843E58" w:rsidRDefault="00000000" w:rsidP="005C15AD">
            <w:pPr>
              <w:pStyle w:val="ListParagraph"/>
              <w:numPr>
                <w:ilvl w:val="0"/>
                <w:numId w:val="24"/>
              </w:numPr>
              <w:ind w:left="413"/>
            </w:pPr>
            <w:r>
              <w:rPr>
                <w:sz w:val="24"/>
                <w:szCs w:val="40"/>
              </w:rPr>
              <w:t>Let teams test solutions; discuss teamwork and links to healthy choices.</w:t>
            </w:r>
          </w:p>
        </w:tc>
        <w:tc>
          <w:tcPr>
            <w:tcW w:w="3174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34F3B615" w14:textId="77777777" w:rsidR="00843E58" w:rsidRDefault="00000000">
            <w:r>
              <w:rPr>
                <w:sz w:val="24"/>
                <w:szCs w:val="40"/>
              </w:rPr>
              <w:t>Community members, educational groups, clubs, families, facilitators, MY Bharat volunteers and partners.</w:t>
            </w:r>
          </w:p>
        </w:tc>
      </w:tr>
    </w:tbl>
    <w:p w14:paraId="1AE4F1BE" w14:textId="77777777" w:rsidR="00AF233D" w:rsidRPr="00E55DF9" w:rsidRDefault="00AF233D">
      <w:pPr>
        <w:spacing w:after="20" w:line="240" w:lineRule="auto"/>
        <w:rPr>
          <w:sz w:val="8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3816"/>
        <w:gridCol w:w="6186"/>
        <w:gridCol w:w="3174"/>
      </w:tblGrid>
      <w:tr w:rsidR="00AF233D" w:rsidRPr="007C0CC7" w14:paraId="0A4AAE60" w14:textId="77777777" w:rsidTr="00595D90">
        <w:trPr>
          <w:tblHeader/>
          <w:jc w:val="center"/>
        </w:trPr>
        <w:tc>
          <w:tcPr>
            <w:tcW w:w="2088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5C1AC244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WEEK / DATES</w:t>
            </w:r>
          </w:p>
        </w:tc>
        <w:tc>
          <w:tcPr>
            <w:tcW w:w="3816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099B860B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PROGRAMME &amp; SCOPE</w:t>
            </w:r>
          </w:p>
        </w:tc>
        <w:tc>
          <w:tcPr>
            <w:tcW w:w="6186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2E721795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HOW TO ORGANISE</w:t>
            </w:r>
          </w:p>
        </w:tc>
        <w:tc>
          <w:tcPr>
            <w:tcW w:w="3174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69FF82D2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WHO CAN PARTICIPATE</w:t>
            </w:r>
          </w:p>
        </w:tc>
      </w:tr>
      <w:tr w:rsidR="00AF233D" w:rsidRPr="007C0CC7" w14:paraId="5E8D95D1" w14:textId="77777777" w:rsidTr="00595D90">
        <w:trPr>
          <w:cantSplit/>
          <w:trHeight w:val="2449"/>
          <w:jc w:val="center"/>
        </w:trPr>
        <w:tc>
          <w:tcPr>
            <w:tcW w:w="2088" w:type="dxa"/>
            <w:shd w:val="clear" w:color="auto" w:fill="EAF4F4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6E10448E" w14:textId="77777777" w:rsidR="00843E58" w:rsidRDefault="00000000">
            <w:r>
              <w:rPr>
                <w:b/>
                <w:color w:val="17365D"/>
                <w:sz w:val="24"/>
                <w:szCs w:val="40"/>
              </w:rPr>
              <w:t>Week 12</w:t>
            </w:r>
          </w:p>
          <w:p w14:paraId="0122F7D2" w14:textId="56F0AB66" w:rsidR="00843E58" w:rsidRDefault="00EA0559">
            <w:r>
              <w:rPr>
                <w:b/>
                <w:color w:val="17365D"/>
                <w:sz w:val="24"/>
                <w:szCs w:val="32"/>
              </w:rPr>
              <w:t>5–11 Dec 2026</w:t>
            </w:r>
          </w:p>
        </w:tc>
        <w:tc>
          <w:tcPr>
            <w:tcW w:w="3816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3589ED0F" w14:textId="77777777" w:rsidR="00843E58" w:rsidRDefault="00000000">
            <w:r>
              <w:rPr>
                <w:b/>
                <w:color w:val="138A8A"/>
                <w:sz w:val="24"/>
                <w:szCs w:val="40"/>
              </w:rPr>
              <w:t>Role Play Competition / Street Plays</w:t>
            </w:r>
          </w:p>
          <w:p w14:paraId="07583404" w14:textId="77777777" w:rsidR="00843E58" w:rsidRPr="005C15AD" w:rsidRDefault="00000000">
            <w:pPr>
              <w:rPr>
                <w:color w:val="1F497D" w:themeColor="text2"/>
              </w:rPr>
            </w:pPr>
            <w:r w:rsidRPr="005C15AD">
              <w:rPr>
                <w:b/>
                <w:color w:val="1F497D" w:themeColor="text2"/>
                <w:sz w:val="24"/>
                <w:szCs w:val="40"/>
              </w:rPr>
              <w:t>SCOPE</w:t>
            </w:r>
          </w:p>
          <w:p w14:paraId="5DD03B0B" w14:textId="77777777" w:rsidR="00843E58" w:rsidRPr="005C15AD" w:rsidRDefault="00000000">
            <w:pPr>
              <w:rPr>
                <w:bCs/>
              </w:rPr>
            </w:pPr>
            <w:r w:rsidRPr="005C15AD">
              <w:rPr>
                <w:bCs/>
                <w:color w:val="000000" w:themeColor="text1"/>
                <w:sz w:val="24"/>
                <w:szCs w:val="40"/>
              </w:rPr>
              <w:t>Use creative performance to promote constructive responses to addiction and peer pressure.</w:t>
            </w:r>
          </w:p>
        </w:tc>
        <w:tc>
          <w:tcPr>
            <w:tcW w:w="6186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1875FAAD" w14:textId="43D6DB1E" w:rsidR="00843E58" w:rsidRDefault="00000000" w:rsidP="005C15AD">
            <w:pPr>
              <w:pStyle w:val="ListParagraph"/>
              <w:numPr>
                <w:ilvl w:val="0"/>
                <w:numId w:val="26"/>
              </w:numPr>
              <w:ind w:left="413"/>
            </w:pPr>
            <w:r>
              <w:rPr>
                <w:sz w:val="24"/>
                <w:szCs w:val="40"/>
              </w:rPr>
              <w:t>Prepare a factual, non-stigmatising role play, street play, song or short film; confirm permissions and safety.</w:t>
            </w:r>
          </w:p>
          <w:p w14:paraId="011E84FC" w14:textId="18457839" w:rsidR="00843E58" w:rsidRDefault="00000000" w:rsidP="005C15AD">
            <w:pPr>
              <w:pStyle w:val="ListParagraph"/>
              <w:numPr>
                <w:ilvl w:val="0"/>
                <w:numId w:val="26"/>
              </w:numPr>
              <w:ind w:left="413"/>
            </w:pPr>
            <w:r>
              <w:rPr>
                <w:sz w:val="24"/>
                <w:szCs w:val="40"/>
              </w:rPr>
              <w:t>Present it, invite reflection and share reliable support information where available.</w:t>
            </w:r>
          </w:p>
        </w:tc>
        <w:tc>
          <w:tcPr>
            <w:tcW w:w="3174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0AE06BA0" w14:textId="77777777" w:rsidR="00843E58" w:rsidRDefault="00000000">
            <w:r>
              <w:rPr>
                <w:sz w:val="24"/>
                <w:szCs w:val="40"/>
              </w:rPr>
              <w:t>Community members, cultural clubs, educational institutions, volunteers, families and partners.</w:t>
            </w:r>
          </w:p>
        </w:tc>
      </w:tr>
    </w:tbl>
    <w:p w14:paraId="78B95D35" w14:textId="77777777" w:rsidR="00AF233D" w:rsidRPr="00E55DF9" w:rsidRDefault="00AF233D">
      <w:pPr>
        <w:spacing w:after="20" w:line="240" w:lineRule="auto"/>
        <w:rPr>
          <w:sz w:val="10"/>
          <w:szCs w:val="1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88"/>
        <w:gridCol w:w="6576"/>
      </w:tblGrid>
      <w:tr w:rsidR="00AF233D" w:rsidRPr="00406010" w14:paraId="2BC52A00" w14:textId="77777777" w:rsidTr="00595D90">
        <w:trPr>
          <w:jc w:val="center"/>
        </w:trPr>
        <w:tc>
          <w:tcPr>
            <w:tcW w:w="8688" w:type="dxa"/>
            <w:shd w:val="clear" w:color="auto" w:fill="EAF4F4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A39C086" w14:textId="77777777" w:rsidR="00843E58" w:rsidRDefault="00000000">
            <w:r>
              <w:rPr>
                <w:b/>
                <w:color w:val="138A8A"/>
                <w:sz w:val="22"/>
                <w:szCs w:val="32"/>
              </w:rPr>
              <w:t>REPORTING</w:t>
            </w:r>
          </w:p>
          <w:p w14:paraId="149BC1B4" w14:textId="77777777" w:rsidR="00843E58" w:rsidRPr="005C15AD" w:rsidRDefault="00000000">
            <w:pPr>
              <w:rPr>
                <w:bCs/>
              </w:rPr>
            </w:pPr>
            <w:r w:rsidRPr="005C15AD">
              <w:rPr>
                <w:bCs/>
                <w:color w:val="1F497D" w:themeColor="text2"/>
                <w:sz w:val="22"/>
                <w:szCs w:val="32"/>
              </w:rPr>
              <w:t>Record date, venue, activity, participant totals/categories, facilitators/partners, outcomes and 2–5 permitted photographs. Submit through the SUKHAM100 workflow: https://services.bkmedicalwing.org/sukham100-activity-entry/</w:t>
            </w:r>
          </w:p>
        </w:tc>
        <w:tc>
          <w:tcPr>
            <w:tcW w:w="6576" w:type="dxa"/>
            <w:shd w:val="clear" w:color="auto" w:fill="F3F6F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662D4F5" w14:textId="77777777" w:rsidR="00843E58" w:rsidRDefault="00000000">
            <w:r>
              <w:rPr>
                <w:b/>
                <w:color w:val="17365D"/>
                <w:sz w:val="22"/>
                <w:szCs w:val="32"/>
              </w:rPr>
              <w:t>SAFETY &amp; INCLUSION</w:t>
            </w:r>
          </w:p>
          <w:p w14:paraId="0890882F" w14:textId="77777777" w:rsidR="00843E58" w:rsidRPr="005C15AD" w:rsidRDefault="00000000">
            <w:pPr>
              <w:rPr>
                <w:bCs/>
              </w:rPr>
            </w:pPr>
            <w:r w:rsidRPr="005C15AD">
              <w:rPr>
                <w:bCs/>
                <w:color w:val="17365D"/>
                <w:sz w:val="22"/>
                <w:szCs w:val="32"/>
              </w:rPr>
              <w:t>Keep participation voluntary, protect personal information, avoid forced disclosures and use respectful, non-stigmatising messages. Share reliable support information where available.</w:t>
            </w:r>
          </w:p>
        </w:tc>
      </w:tr>
    </w:tbl>
    <w:p w14:paraId="45E8FAF2" w14:textId="77777777" w:rsidR="002A6EAA" w:rsidRDefault="002A6EAA" w:rsidP="00E55DF9"/>
    <w:sectPr w:rsidR="002A6EAA" w:rsidSect="00595D90">
      <w:footerReference w:type="default" r:id="rId8"/>
      <w:pgSz w:w="16838" w:h="11906" w:orient="landscape"/>
      <w:pgMar w:top="567" w:right="692" w:bottom="709" w:left="6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CAE2A" w14:textId="77777777" w:rsidR="005352A6" w:rsidRDefault="005352A6">
      <w:pPr>
        <w:spacing w:after="0" w:line="240" w:lineRule="auto"/>
      </w:pPr>
      <w:r>
        <w:separator/>
      </w:r>
    </w:p>
  </w:endnote>
  <w:endnote w:type="continuationSeparator" w:id="0">
    <w:p w14:paraId="168E8E1D" w14:textId="77777777" w:rsidR="005352A6" w:rsidRDefault="00535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72953" w14:textId="77777777" w:rsidR="00AF233D" w:rsidRPr="007C0CC7" w:rsidRDefault="00000000">
    <w:pPr>
      <w:pStyle w:val="Footer"/>
      <w:jc w:val="center"/>
      <w:rPr>
        <w:sz w:val="24"/>
        <w:szCs w:val="32"/>
      </w:rPr>
    </w:pPr>
    <w:r w:rsidRPr="007C0CC7">
      <w:rPr>
        <w:b/>
        <w:color w:val="17365D"/>
        <w:sz w:val="22"/>
        <w:szCs w:val="32"/>
      </w:rPr>
      <w:t>SUKHAM100  |  Sankalp se Rachnatmak Jeevan Tak</w:t>
    </w:r>
    <w:r w:rsidRPr="007C0CC7">
      <w:rPr>
        <w:color w:val="5D6B78"/>
        <w:sz w:val="22"/>
        <w:szCs w:val="32"/>
      </w:rPr>
      <w:t xml:space="preserve">     •     Medical Wing Programme Implementation Plan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585A4" w14:textId="77777777" w:rsidR="005352A6" w:rsidRDefault="005352A6">
      <w:pPr>
        <w:spacing w:after="0" w:line="240" w:lineRule="auto"/>
      </w:pPr>
      <w:r>
        <w:separator/>
      </w:r>
    </w:p>
  </w:footnote>
  <w:footnote w:type="continuationSeparator" w:id="0">
    <w:p w14:paraId="0CB8444D" w14:textId="77777777" w:rsidR="005352A6" w:rsidRDefault="005352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4C0655"/>
    <w:multiLevelType w:val="hybridMultilevel"/>
    <w:tmpl w:val="182801BE"/>
    <w:lvl w:ilvl="0" w:tplc="C0F86B9E">
      <w:numFmt w:val="bullet"/>
      <w:lvlText w:val="•"/>
      <w:lvlJc w:val="left"/>
      <w:pPr>
        <w:ind w:left="720" w:hanging="360"/>
      </w:pPr>
      <w:rPr>
        <w:rFonts w:ascii="Aptos" w:eastAsia="Aptos" w:hAnsi="Aptos" w:cstheme="minorBidi" w:hint="default"/>
        <w:b/>
        <w:color w:val="138A8A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51D5F33"/>
    <w:multiLevelType w:val="hybridMultilevel"/>
    <w:tmpl w:val="E0386C3A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0B8C353E"/>
    <w:multiLevelType w:val="hybridMultilevel"/>
    <w:tmpl w:val="A4F6F048"/>
    <w:lvl w:ilvl="0" w:tplc="91944134">
      <w:numFmt w:val="bullet"/>
      <w:lvlText w:val="•"/>
      <w:lvlJc w:val="left"/>
      <w:pPr>
        <w:ind w:left="1080" w:hanging="360"/>
      </w:pPr>
      <w:rPr>
        <w:rFonts w:ascii="Aptos" w:eastAsia="Aptos" w:hAnsi="Aptos" w:cstheme="minorBidi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120626"/>
    <w:multiLevelType w:val="hybridMultilevel"/>
    <w:tmpl w:val="17907266"/>
    <w:lvl w:ilvl="0" w:tplc="C0F86B9E">
      <w:numFmt w:val="bullet"/>
      <w:lvlText w:val="•"/>
      <w:lvlJc w:val="left"/>
      <w:pPr>
        <w:ind w:left="720" w:hanging="360"/>
      </w:pPr>
      <w:rPr>
        <w:rFonts w:ascii="Aptos" w:eastAsia="Aptos" w:hAnsi="Aptos" w:cstheme="minorBidi" w:hint="default"/>
        <w:b/>
        <w:color w:val="138A8A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FE332A"/>
    <w:multiLevelType w:val="hybridMultilevel"/>
    <w:tmpl w:val="091E35FC"/>
    <w:lvl w:ilvl="0" w:tplc="97A8A360">
      <w:numFmt w:val="bullet"/>
      <w:lvlText w:val="•"/>
      <w:lvlJc w:val="left"/>
      <w:pPr>
        <w:ind w:left="618" w:hanging="360"/>
      </w:pPr>
      <w:rPr>
        <w:rFonts w:ascii="Aptos" w:eastAsia="Aptos" w:hAnsi="Aptos" w:cstheme="minorBidi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14" w15:restartNumberingAfterBreak="0">
    <w:nsid w:val="35900F88"/>
    <w:multiLevelType w:val="hybridMultilevel"/>
    <w:tmpl w:val="043E327E"/>
    <w:lvl w:ilvl="0" w:tplc="91944134">
      <w:numFmt w:val="bullet"/>
      <w:lvlText w:val="•"/>
      <w:lvlJc w:val="left"/>
      <w:pPr>
        <w:ind w:left="1800" w:hanging="360"/>
      </w:pPr>
      <w:rPr>
        <w:rFonts w:ascii="Aptos" w:eastAsia="Aptos" w:hAnsi="Aptos" w:cstheme="minorBidi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B0842FE"/>
    <w:multiLevelType w:val="hybridMultilevel"/>
    <w:tmpl w:val="8BE2BF7A"/>
    <w:lvl w:ilvl="0" w:tplc="91944134">
      <w:numFmt w:val="bullet"/>
      <w:lvlText w:val="•"/>
      <w:lvlJc w:val="left"/>
      <w:pPr>
        <w:ind w:left="1080" w:hanging="360"/>
      </w:pPr>
      <w:rPr>
        <w:rFonts w:ascii="Aptos" w:eastAsia="Aptos" w:hAnsi="Aptos" w:cstheme="minorBidi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0F0F37"/>
    <w:multiLevelType w:val="hybridMultilevel"/>
    <w:tmpl w:val="D80AB62A"/>
    <w:lvl w:ilvl="0" w:tplc="91944134">
      <w:numFmt w:val="bullet"/>
      <w:lvlText w:val="•"/>
      <w:lvlJc w:val="left"/>
      <w:pPr>
        <w:ind w:left="1800" w:hanging="360"/>
      </w:pPr>
      <w:rPr>
        <w:rFonts w:ascii="Aptos" w:eastAsia="Aptos" w:hAnsi="Aptos" w:cstheme="minorBidi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98B7283"/>
    <w:multiLevelType w:val="hybridMultilevel"/>
    <w:tmpl w:val="B83202DA"/>
    <w:lvl w:ilvl="0" w:tplc="91944134">
      <w:numFmt w:val="bullet"/>
      <w:lvlText w:val="•"/>
      <w:lvlJc w:val="left"/>
      <w:pPr>
        <w:ind w:left="1080" w:hanging="360"/>
      </w:pPr>
      <w:rPr>
        <w:rFonts w:ascii="Aptos" w:eastAsia="Aptos" w:hAnsi="Aptos" w:cstheme="minorBidi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907982"/>
    <w:multiLevelType w:val="hybridMultilevel"/>
    <w:tmpl w:val="81FAD8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932C1C"/>
    <w:multiLevelType w:val="hybridMultilevel"/>
    <w:tmpl w:val="DF7C1126"/>
    <w:lvl w:ilvl="0" w:tplc="97A8A360">
      <w:numFmt w:val="bullet"/>
      <w:lvlText w:val="•"/>
      <w:lvlJc w:val="left"/>
      <w:pPr>
        <w:ind w:left="1209" w:hanging="360"/>
      </w:pPr>
      <w:rPr>
        <w:rFonts w:ascii="Aptos" w:eastAsia="Aptos" w:hAnsi="Aptos" w:cstheme="minorBidi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E413C67"/>
    <w:multiLevelType w:val="hybridMultilevel"/>
    <w:tmpl w:val="18BA20AE"/>
    <w:lvl w:ilvl="0" w:tplc="97A8A360">
      <w:numFmt w:val="bullet"/>
      <w:lvlText w:val="•"/>
      <w:lvlJc w:val="left"/>
      <w:pPr>
        <w:ind w:left="1209" w:hanging="360"/>
      </w:pPr>
      <w:rPr>
        <w:rFonts w:ascii="Aptos" w:eastAsia="Aptos" w:hAnsi="Aptos" w:cstheme="minorBidi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4E91A63"/>
    <w:multiLevelType w:val="hybridMultilevel"/>
    <w:tmpl w:val="1B72403E"/>
    <w:lvl w:ilvl="0" w:tplc="97A8A360">
      <w:numFmt w:val="bullet"/>
      <w:lvlText w:val="•"/>
      <w:lvlJc w:val="left"/>
      <w:pPr>
        <w:ind w:left="489" w:hanging="360"/>
      </w:pPr>
      <w:rPr>
        <w:rFonts w:ascii="Aptos" w:eastAsia="Aptos" w:hAnsi="Aptos" w:cstheme="minorBidi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120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92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64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36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08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0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52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249" w:hanging="360"/>
      </w:pPr>
      <w:rPr>
        <w:rFonts w:ascii="Wingdings" w:hAnsi="Wingdings" w:hint="default"/>
      </w:rPr>
    </w:lvl>
  </w:abstractNum>
  <w:abstractNum w:abstractNumId="22" w15:restartNumberingAfterBreak="0">
    <w:nsid w:val="66DD08EF"/>
    <w:multiLevelType w:val="hybridMultilevel"/>
    <w:tmpl w:val="67189286"/>
    <w:lvl w:ilvl="0" w:tplc="91944134">
      <w:numFmt w:val="bullet"/>
      <w:lvlText w:val="•"/>
      <w:lvlJc w:val="left"/>
      <w:pPr>
        <w:ind w:left="1080" w:hanging="360"/>
      </w:pPr>
      <w:rPr>
        <w:rFonts w:ascii="Aptos" w:eastAsia="Aptos" w:hAnsi="Aptos" w:cstheme="minorBidi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CDD1D1E"/>
    <w:multiLevelType w:val="hybridMultilevel"/>
    <w:tmpl w:val="79FC3DB2"/>
    <w:lvl w:ilvl="0" w:tplc="40090001">
      <w:start w:val="1"/>
      <w:numFmt w:val="bullet"/>
      <w:lvlText w:val=""/>
      <w:lvlJc w:val="left"/>
      <w:pPr>
        <w:ind w:left="849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24" w15:restartNumberingAfterBreak="0">
    <w:nsid w:val="70930241"/>
    <w:multiLevelType w:val="hybridMultilevel"/>
    <w:tmpl w:val="539C060A"/>
    <w:lvl w:ilvl="0" w:tplc="91944134">
      <w:numFmt w:val="bullet"/>
      <w:lvlText w:val="•"/>
      <w:lvlJc w:val="left"/>
      <w:pPr>
        <w:ind w:left="1800" w:hanging="360"/>
      </w:pPr>
      <w:rPr>
        <w:rFonts w:ascii="Aptos" w:eastAsia="Aptos" w:hAnsi="Aptos" w:cstheme="minorBidi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1435C55"/>
    <w:multiLevelType w:val="hybridMultilevel"/>
    <w:tmpl w:val="24845708"/>
    <w:lvl w:ilvl="0" w:tplc="C0F86B9E">
      <w:numFmt w:val="bullet"/>
      <w:lvlText w:val="•"/>
      <w:lvlJc w:val="left"/>
      <w:pPr>
        <w:ind w:left="720" w:hanging="360"/>
      </w:pPr>
      <w:rPr>
        <w:rFonts w:ascii="Aptos" w:eastAsia="Aptos" w:hAnsi="Aptos" w:cstheme="minorBidi" w:hint="default"/>
        <w:b/>
        <w:color w:val="138A8A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287494">
    <w:abstractNumId w:val="8"/>
  </w:num>
  <w:num w:numId="2" w16cid:durableId="1479615886">
    <w:abstractNumId w:val="6"/>
  </w:num>
  <w:num w:numId="3" w16cid:durableId="1843428266">
    <w:abstractNumId w:val="5"/>
  </w:num>
  <w:num w:numId="4" w16cid:durableId="1678342395">
    <w:abstractNumId w:val="4"/>
  </w:num>
  <w:num w:numId="5" w16cid:durableId="768769377">
    <w:abstractNumId w:val="7"/>
  </w:num>
  <w:num w:numId="6" w16cid:durableId="1671831396">
    <w:abstractNumId w:val="3"/>
  </w:num>
  <w:num w:numId="7" w16cid:durableId="1816988675">
    <w:abstractNumId w:val="2"/>
  </w:num>
  <w:num w:numId="8" w16cid:durableId="343361943">
    <w:abstractNumId w:val="1"/>
  </w:num>
  <w:num w:numId="9" w16cid:durableId="727653832">
    <w:abstractNumId w:val="0"/>
  </w:num>
  <w:num w:numId="10" w16cid:durableId="1969580624">
    <w:abstractNumId w:val="18"/>
  </w:num>
  <w:num w:numId="11" w16cid:durableId="640353635">
    <w:abstractNumId w:val="25"/>
  </w:num>
  <w:num w:numId="12" w16cid:durableId="304042849">
    <w:abstractNumId w:val="9"/>
  </w:num>
  <w:num w:numId="13" w16cid:durableId="964117265">
    <w:abstractNumId w:val="12"/>
  </w:num>
  <w:num w:numId="14" w16cid:durableId="2010061551">
    <w:abstractNumId w:val="23"/>
  </w:num>
  <w:num w:numId="15" w16cid:durableId="163860376">
    <w:abstractNumId w:val="21"/>
  </w:num>
  <w:num w:numId="16" w16cid:durableId="1613436149">
    <w:abstractNumId w:val="13"/>
  </w:num>
  <w:num w:numId="17" w16cid:durableId="833423302">
    <w:abstractNumId w:val="19"/>
  </w:num>
  <w:num w:numId="18" w16cid:durableId="1133520063">
    <w:abstractNumId w:val="20"/>
  </w:num>
  <w:num w:numId="19" w16cid:durableId="2090610053">
    <w:abstractNumId w:val="10"/>
  </w:num>
  <w:num w:numId="20" w16cid:durableId="1839684578">
    <w:abstractNumId w:val="22"/>
  </w:num>
  <w:num w:numId="21" w16cid:durableId="18627732">
    <w:abstractNumId w:val="14"/>
  </w:num>
  <w:num w:numId="22" w16cid:durableId="1845127850">
    <w:abstractNumId w:val="15"/>
  </w:num>
  <w:num w:numId="23" w16cid:durableId="1574395289">
    <w:abstractNumId w:val="24"/>
  </w:num>
  <w:num w:numId="24" w16cid:durableId="1978753169">
    <w:abstractNumId w:val="17"/>
  </w:num>
  <w:num w:numId="25" w16cid:durableId="1612516010">
    <w:abstractNumId w:val="16"/>
  </w:num>
  <w:num w:numId="26" w16cid:durableId="4220676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1A7A"/>
    <w:rsid w:val="0006063C"/>
    <w:rsid w:val="0015074B"/>
    <w:rsid w:val="0029639D"/>
    <w:rsid w:val="002A6EAA"/>
    <w:rsid w:val="002C6A75"/>
    <w:rsid w:val="00326F90"/>
    <w:rsid w:val="00406010"/>
    <w:rsid w:val="005352A6"/>
    <w:rsid w:val="00595D90"/>
    <w:rsid w:val="005A365B"/>
    <w:rsid w:val="005C15AD"/>
    <w:rsid w:val="00620ED5"/>
    <w:rsid w:val="007C0CC7"/>
    <w:rsid w:val="0082499F"/>
    <w:rsid w:val="00843E58"/>
    <w:rsid w:val="008668F4"/>
    <w:rsid w:val="00A54ECA"/>
    <w:rsid w:val="00AA1D8D"/>
    <w:rsid w:val="00AE1F6E"/>
    <w:rsid w:val="00AF233D"/>
    <w:rsid w:val="00B47730"/>
    <w:rsid w:val="00BF7487"/>
    <w:rsid w:val="00C56F82"/>
    <w:rsid w:val="00C762FE"/>
    <w:rsid w:val="00CB0664"/>
    <w:rsid w:val="00E55DF9"/>
    <w:rsid w:val="00E97023"/>
    <w:rsid w:val="00EA055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17AEDB"/>
  <w14:defaultImageDpi w14:val="300"/>
  <w15:docId w15:val="{0956D172-19A8-4B4A-B017-00D3BD100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8F4"/>
    <w:rPr>
      <w:rFonts w:ascii="Aptos" w:eastAsia="Aptos" w:hAnsi="Aptos"/>
      <w:color w:val="243447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SUKHAM100 Month 3 Programme Implementation Plan</dc:title>
  <dc:subject>Standardised to the approved Month 1 page setup and Aptos font family</dc:subject>
  <dc:creator>python-docx</dc:creator>
  <cp:keywords/>
  <dc:description>generated by python-docx</dc:description>
  <cp:lastModifiedBy>Divine Touch</cp:lastModifiedBy>
  <cp:revision>10</cp:revision>
  <dcterms:created xsi:type="dcterms:W3CDTF">2013-12-23T23:15:00Z</dcterms:created>
  <dcterms:modified xsi:type="dcterms:W3CDTF">2026-10-16T22:28:00Z</dcterms:modified>
  <cp:category/>
</cp:coreProperties>
</file>